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1B075" w14:textId="7DD30BA1" w:rsidR="008C16FA" w:rsidRPr="00892227" w:rsidRDefault="008C16FA" w:rsidP="008C16FA">
      <w:pPr>
        <w:jc w:val="center"/>
        <w:rPr>
          <w:rFonts w:cstheme="majorHAnsi"/>
        </w:rPr>
      </w:pPr>
    </w:p>
    <w:p w14:paraId="62CF24AC" w14:textId="02D6F855" w:rsidR="008C16FA" w:rsidRPr="00892227" w:rsidRDefault="008C16FA">
      <w:pPr>
        <w:rPr>
          <w:rFonts w:cstheme="majorHAnsi"/>
        </w:rPr>
      </w:pPr>
      <w:r w:rsidRPr="00892227">
        <w:rPr>
          <w:rFonts w:cstheme="majorHAnsi"/>
          <w:noProof/>
        </w:rPr>
        <w:drawing>
          <wp:anchor distT="0" distB="0" distL="114300" distR="114300" simplePos="0" relativeHeight="251657216" behindDoc="1" locked="0" layoutInCell="1" allowOverlap="1" wp14:anchorId="41695C04" wp14:editId="119F93A5">
            <wp:simplePos x="0" y="0"/>
            <wp:positionH relativeFrom="column">
              <wp:posOffset>144288</wp:posOffset>
            </wp:positionH>
            <wp:positionV relativeFrom="paragraph">
              <wp:posOffset>29210</wp:posOffset>
            </wp:positionV>
            <wp:extent cx="5405131" cy="2685674"/>
            <wp:effectExtent l="0" t="0" r="5080" b="0"/>
            <wp:wrapNone/>
            <wp:docPr id="1378399583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399583" name="Picture 1" descr="A black and white logo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5131" cy="26856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2C6DE7" w14:textId="20E9009C" w:rsidR="008C16FA" w:rsidRPr="00892227" w:rsidRDefault="008C16FA">
      <w:pPr>
        <w:rPr>
          <w:rFonts w:cstheme="majorHAnsi"/>
        </w:rPr>
      </w:pPr>
    </w:p>
    <w:p w14:paraId="3F139EBC" w14:textId="60887339" w:rsidR="008C16FA" w:rsidRPr="00892227" w:rsidRDefault="008C16FA" w:rsidP="008C16FA">
      <w:pPr>
        <w:jc w:val="center"/>
        <w:rPr>
          <w:rFonts w:cstheme="majorHAnsi"/>
          <w:b/>
          <w:bCs/>
          <w:sz w:val="26"/>
          <w:szCs w:val="26"/>
        </w:rPr>
      </w:pPr>
    </w:p>
    <w:p w14:paraId="592FA4E2" w14:textId="27C67082" w:rsidR="008C16FA" w:rsidRPr="00892227" w:rsidRDefault="008C16FA" w:rsidP="008C16FA">
      <w:pPr>
        <w:jc w:val="center"/>
        <w:rPr>
          <w:rFonts w:cstheme="majorHAnsi"/>
          <w:b/>
          <w:bCs/>
          <w:sz w:val="36"/>
          <w:szCs w:val="36"/>
        </w:rPr>
      </w:pPr>
    </w:p>
    <w:p w14:paraId="7B58D0FE" w14:textId="77777777" w:rsidR="008C16FA" w:rsidRPr="00892227" w:rsidRDefault="008C16FA" w:rsidP="008C16FA">
      <w:pPr>
        <w:jc w:val="center"/>
        <w:rPr>
          <w:rFonts w:cstheme="majorHAnsi"/>
          <w:b/>
          <w:bCs/>
          <w:sz w:val="36"/>
          <w:szCs w:val="36"/>
        </w:rPr>
      </w:pPr>
    </w:p>
    <w:p w14:paraId="29ADCD36" w14:textId="77777777" w:rsidR="008C16FA" w:rsidRPr="00892227" w:rsidRDefault="008C16FA" w:rsidP="008C16FA">
      <w:pPr>
        <w:jc w:val="center"/>
        <w:rPr>
          <w:rFonts w:cstheme="majorHAnsi"/>
          <w:b/>
          <w:bCs/>
          <w:sz w:val="36"/>
          <w:szCs w:val="36"/>
        </w:rPr>
      </w:pPr>
    </w:p>
    <w:p w14:paraId="04F3B9DE" w14:textId="77777777" w:rsidR="008C16FA" w:rsidRPr="00892227" w:rsidRDefault="008C16FA" w:rsidP="008C16FA">
      <w:pPr>
        <w:jc w:val="center"/>
        <w:rPr>
          <w:rFonts w:cstheme="majorHAnsi"/>
          <w:b/>
          <w:bCs/>
          <w:sz w:val="36"/>
          <w:szCs w:val="36"/>
        </w:rPr>
      </w:pPr>
    </w:p>
    <w:p w14:paraId="28D6472B" w14:textId="77777777" w:rsidR="008C16FA" w:rsidRPr="00892227" w:rsidRDefault="008C16FA" w:rsidP="008C16FA">
      <w:pPr>
        <w:jc w:val="center"/>
        <w:rPr>
          <w:rFonts w:cstheme="majorHAnsi"/>
          <w:b/>
          <w:bCs/>
          <w:sz w:val="36"/>
          <w:szCs w:val="36"/>
        </w:rPr>
      </w:pPr>
    </w:p>
    <w:p w14:paraId="59729602" w14:textId="77777777" w:rsidR="008C16FA" w:rsidRPr="00892227" w:rsidRDefault="008C16FA" w:rsidP="008C16FA">
      <w:pPr>
        <w:jc w:val="center"/>
        <w:rPr>
          <w:rFonts w:cstheme="majorHAnsi"/>
          <w:b/>
          <w:bCs/>
          <w:sz w:val="36"/>
          <w:szCs w:val="36"/>
        </w:rPr>
      </w:pPr>
    </w:p>
    <w:p w14:paraId="1FADA713" w14:textId="77777777" w:rsidR="008C16FA" w:rsidRPr="00892227" w:rsidRDefault="008C16FA" w:rsidP="008C16FA">
      <w:pPr>
        <w:jc w:val="center"/>
        <w:rPr>
          <w:rFonts w:cstheme="majorHAnsi"/>
          <w:b/>
          <w:bCs/>
          <w:sz w:val="36"/>
          <w:szCs w:val="36"/>
        </w:rPr>
      </w:pPr>
    </w:p>
    <w:p w14:paraId="29CCDC02" w14:textId="4673BCD0" w:rsidR="00101715" w:rsidRPr="00892227" w:rsidRDefault="00B739E8" w:rsidP="008C16FA">
      <w:pPr>
        <w:jc w:val="center"/>
        <w:rPr>
          <w:rFonts w:cstheme="majorHAnsi"/>
          <w:b/>
          <w:bCs/>
          <w:sz w:val="36"/>
          <w:szCs w:val="36"/>
        </w:rPr>
      </w:pPr>
      <w:r w:rsidRPr="00892227">
        <w:rPr>
          <w:rFonts w:cstheme="majorHAnsi"/>
          <w:b/>
          <w:bCs/>
          <w:sz w:val="36"/>
          <w:szCs w:val="36"/>
        </w:rPr>
        <w:t xml:space="preserve">~ </w:t>
      </w:r>
      <w:r w:rsidR="008C16FA" w:rsidRPr="00892227">
        <w:rPr>
          <w:rFonts w:cstheme="majorHAnsi"/>
          <w:b/>
          <w:bCs/>
          <w:sz w:val="36"/>
          <w:szCs w:val="36"/>
        </w:rPr>
        <w:t>Pre-Qualification Questionnaire (</w:t>
      </w:r>
      <w:r w:rsidRPr="00892227">
        <w:rPr>
          <w:rFonts w:cstheme="majorHAnsi"/>
          <w:b/>
          <w:bCs/>
          <w:sz w:val="36"/>
          <w:szCs w:val="36"/>
        </w:rPr>
        <w:t>PQQ</w:t>
      </w:r>
      <w:r w:rsidR="008C16FA" w:rsidRPr="00892227">
        <w:rPr>
          <w:rFonts w:cstheme="majorHAnsi"/>
          <w:b/>
          <w:bCs/>
          <w:sz w:val="36"/>
          <w:szCs w:val="36"/>
        </w:rPr>
        <w:t>)</w:t>
      </w:r>
      <w:r w:rsidRPr="00892227">
        <w:rPr>
          <w:rFonts w:cstheme="majorHAnsi"/>
          <w:b/>
          <w:bCs/>
          <w:sz w:val="36"/>
          <w:szCs w:val="36"/>
        </w:rPr>
        <w:t xml:space="preserve"> ~</w:t>
      </w:r>
    </w:p>
    <w:p w14:paraId="0E598327" w14:textId="77777777" w:rsidR="008C16FA" w:rsidRPr="00892227" w:rsidRDefault="008C16FA">
      <w:pPr>
        <w:rPr>
          <w:rFonts w:cstheme="majorHAnsi"/>
        </w:rPr>
      </w:pPr>
    </w:p>
    <w:p w14:paraId="0B79B776" w14:textId="77777777" w:rsidR="00B739E8" w:rsidRPr="00892227" w:rsidRDefault="00B739E8">
      <w:pPr>
        <w:rPr>
          <w:rFonts w:cstheme="majorHAnsi"/>
        </w:rPr>
      </w:pPr>
    </w:p>
    <w:p w14:paraId="060A22C3" w14:textId="77777777" w:rsidR="00B739E8" w:rsidRPr="00892227" w:rsidRDefault="00B739E8">
      <w:pPr>
        <w:rPr>
          <w:rFonts w:cstheme="majorHAnsi"/>
        </w:rPr>
      </w:pPr>
    </w:p>
    <w:p w14:paraId="4A435170" w14:textId="77777777" w:rsidR="008C16FA" w:rsidRPr="00892227" w:rsidRDefault="008C16FA" w:rsidP="008C16FA">
      <w:pPr>
        <w:jc w:val="center"/>
        <w:rPr>
          <w:rFonts w:cstheme="majorHAnsi"/>
        </w:rPr>
      </w:pPr>
    </w:p>
    <w:p w14:paraId="12122D0E" w14:textId="5DEDD168" w:rsidR="00101715" w:rsidRPr="00892227" w:rsidRDefault="00000000" w:rsidP="008C16FA">
      <w:pPr>
        <w:jc w:val="center"/>
        <w:rPr>
          <w:rFonts w:cstheme="majorHAnsi"/>
        </w:rPr>
      </w:pPr>
      <w:r w:rsidRPr="00892227">
        <w:rPr>
          <w:rFonts w:cstheme="majorHAnsi"/>
        </w:rPr>
        <w:t>Confidential – All rights reserved. This document and its contents are the exclusive property of Upside Projects LTD and may</w:t>
      </w:r>
      <w:r w:rsidR="008C16FA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>not be copied, disclosed, or distributed without prior written consent.</w:t>
      </w:r>
    </w:p>
    <w:p w14:paraId="5E5735F8" w14:textId="606E4FF2" w:rsidR="00101715" w:rsidRPr="00892227" w:rsidRDefault="00101715">
      <w:pPr>
        <w:rPr>
          <w:rFonts w:cstheme="majorHAnsi"/>
        </w:rPr>
      </w:pPr>
    </w:p>
    <w:p w14:paraId="52BE5AA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6BA8F0FD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4B3213D1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3854A99F" w14:textId="0D4679D9" w:rsidR="00101715" w:rsidRPr="00892227" w:rsidRDefault="00101715">
      <w:pPr>
        <w:rPr>
          <w:rFonts w:cstheme="majorHAnsi"/>
        </w:rPr>
      </w:pPr>
    </w:p>
    <w:p w14:paraId="22FC086A" w14:textId="77777777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 xml:space="preserve">Section 1: Introduction &amp; General Instructions.  </w:t>
      </w:r>
    </w:p>
    <w:p w14:paraId="6489E447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The purpose of this PQQ is to assess:  </w:t>
      </w:r>
    </w:p>
    <w:p w14:paraId="19075C80" w14:textId="4DE4AC2A" w:rsidR="00101715" w:rsidRPr="00892227" w:rsidRDefault="00000000" w:rsidP="008C16FA">
      <w:pPr>
        <w:pStyle w:val="ListParagraph"/>
        <w:numPr>
          <w:ilvl w:val="0"/>
          <w:numId w:val="10"/>
        </w:numPr>
        <w:rPr>
          <w:rFonts w:cstheme="majorHAnsi"/>
        </w:rPr>
      </w:pPr>
      <w:r w:rsidRPr="00892227">
        <w:rPr>
          <w:rFonts w:cstheme="majorHAnsi"/>
        </w:rPr>
        <w:t xml:space="preserve">Competence  </w:t>
      </w:r>
    </w:p>
    <w:p w14:paraId="4A7452C5" w14:textId="408272CC" w:rsidR="00101715" w:rsidRPr="00892227" w:rsidRDefault="00000000" w:rsidP="008C16FA">
      <w:pPr>
        <w:pStyle w:val="ListParagraph"/>
        <w:numPr>
          <w:ilvl w:val="0"/>
          <w:numId w:val="10"/>
        </w:numPr>
        <w:rPr>
          <w:rFonts w:cstheme="majorHAnsi"/>
        </w:rPr>
      </w:pPr>
      <w:r w:rsidRPr="00892227">
        <w:rPr>
          <w:rFonts w:cstheme="majorHAnsi"/>
        </w:rPr>
        <w:t xml:space="preserve">Qualifications  </w:t>
      </w:r>
    </w:p>
    <w:p w14:paraId="6B983937" w14:textId="6BB9DC1D" w:rsidR="00101715" w:rsidRPr="00892227" w:rsidRDefault="00000000" w:rsidP="008C16FA">
      <w:pPr>
        <w:pStyle w:val="ListParagraph"/>
        <w:numPr>
          <w:ilvl w:val="0"/>
          <w:numId w:val="10"/>
        </w:numPr>
        <w:rPr>
          <w:rFonts w:cstheme="majorHAnsi"/>
        </w:rPr>
      </w:pPr>
      <w:r w:rsidRPr="00892227">
        <w:rPr>
          <w:rFonts w:cstheme="majorHAnsi"/>
        </w:rPr>
        <w:t xml:space="preserve">Financial stability  </w:t>
      </w:r>
    </w:p>
    <w:p w14:paraId="49D7D12A" w14:textId="24E6A14C" w:rsidR="00101715" w:rsidRPr="00892227" w:rsidRDefault="00000000" w:rsidP="008C16FA">
      <w:pPr>
        <w:pStyle w:val="ListParagraph"/>
        <w:numPr>
          <w:ilvl w:val="0"/>
          <w:numId w:val="10"/>
        </w:numPr>
        <w:rPr>
          <w:rFonts w:cstheme="majorHAnsi"/>
        </w:rPr>
      </w:pPr>
      <w:r w:rsidRPr="00892227">
        <w:rPr>
          <w:rFonts w:cstheme="majorHAnsi"/>
        </w:rPr>
        <w:t xml:space="preserve">Experience  </w:t>
      </w:r>
    </w:p>
    <w:p w14:paraId="77801E88" w14:textId="63797E2C" w:rsidR="00101715" w:rsidRPr="00892227" w:rsidRDefault="00000000" w:rsidP="008C16FA">
      <w:pPr>
        <w:pStyle w:val="ListParagraph"/>
        <w:numPr>
          <w:ilvl w:val="0"/>
          <w:numId w:val="10"/>
        </w:numPr>
        <w:rPr>
          <w:rFonts w:cstheme="majorHAnsi"/>
        </w:rPr>
      </w:pPr>
      <w:r w:rsidRPr="00892227">
        <w:rPr>
          <w:rFonts w:cstheme="majorHAnsi"/>
        </w:rPr>
        <w:t xml:space="preserve">Health &amp; Safety compliance  </w:t>
      </w:r>
    </w:p>
    <w:p w14:paraId="0920454A" w14:textId="22EDC582" w:rsidR="00101715" w:rsidRPr="00892227" w:rsidRDefault="00000000" w:rsidP="008C16FA">
      <w:pPr>
        <w:pStyle w:val="ListParagraph"/>
        <w:numPr>
          <w:ilvl w:val="0"/>
          <w:numId w:val="10"/>
        </w:numPr>
        <w:rPr>
          <w:rFonts w:cstheme="majorHAnsi"/>
        </w:rPr>
      </w:pPr>
      <w:r w:rsidRPr="00892227">
        <w:rPr>
          <w:rFonts w:cstheme="majorHAnsi"/>
        </w:rPr>
        <w:t xml:space="preserve">Capacity and resources to perform subcontract works  </w:t>
      </w:r>
    </w:p>
    <w:p w14:paraId="43945A22" w14:textId="57D9F816" w:rsidR="008C16FA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>Upon completion, please return this form with all supporting documentation to</w:t>
      </w:r>
      <w:r w:rsidR="00B11325" w:rsidRPr="00892227">
        <w:rPr>
          <w:rFonts w:cstheme="majorHAnsi"/>
        </w:rPr>
        <w:t xml:space="preserve">: </w:t>
      </w:r>
      <w:r w:rsidRPr="00892227">
        <w:rPr>
          <w:rFonts w:cstheme="majorHAnsi"/>
        </w:rPr>
        <w:t xml:space="preserve">Jade at </w:t>
      </w:r>
      <w:r w:rsidRPr="00892227">
        <w:rPr>
          <w:rFonts w:cstheme="majorHAnsi"/>
          <w:b/>
          <w:bCs/>
        </w:rPr>
        <w:t>hello@upsideprojects.co.uk</w:t>
      </w:r>
      <w:r w:rsidRPr="00892227">
        <w:rPr>
          <w:rFonts w:cstheme="majorHAnsi"/>
        </w:rPr>
        <w:t xml:space="preserve"> or post to Upside House, 8A Birkdale, Bexhill, TN39 3TR where an acknowledgement will be issued within 5 working days.  </w:t>
      </w:r>
    </w:p>
    <w:p w14:paraId="248474B2" w14:textId="7272A4D6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>Following a successful assessment, subcontractors will be pre -</w:t>
      </w:r>
      <w:r w:rsidR="004B5383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>approved for work. It is a requirement for all subcontracts to be pre -</w:t>
      </w:r>
      <w:r w:rsidR="004B5383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>approved to work for</w:t>
      </w:r>
      <w:r w:rsidR="008C16FA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 xml:space="preserve">Upside Projects LTD.  </w:t>
      </w:r>
    </w:p>
    <w:p w14:paraId="087D9634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50364672" w14:textId="4CE51FD8" w:rsidR="008C16FA" w:rsidRPr="00892227" w:rsidRDefault="008C16FA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Form Guidance: </w:t>
      </w:r>
    </w:p>
    <w:p w14:paraId="54F7EB95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1. Complete all fields.  </w:t>
      </w:r>
    </w:p>
    <w:p w14:paraId="461590CA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2. If a question does not apply, mark N/A,  </w:t>
      </w:r>
    </w:p>
    <w:p w14:paraId="4460712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3. Incomplete questionnaires or missing documents will delay approval.  </w:t>
      </w:r>
    </w:p>
    <w:p w14:paraId="42E26C04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4. Attach all supporting documentation clearly labelled with the related question.  </w:t>
      </w:r>
    </w:p>
    <w:p w14:paraId="0356B6CA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If you have any questions regarding this questionnaire, please contact Jade.  </w:t>
      </w:r>
    </w:p>
    <w:p w14:paraId="30AF14FD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5C44B8D9" w14:textId="77777777" w:rsidR="008C16FA" w:rsidRPr="00892227" w:rsidRDefault="008C16FA">
      <w:pPr>
        <w:rPr>
          <w:rFonts w:cstheme="majorHAnsi"/>
        </w:rPr>
      </w:pPr>
    </w:p>
    <w:p w14:paraId="300B4BFF" w14:textId="77777777" w:rsidR="008C16FA" w:rsidRPr="00892227" w:rsidRDefault="008C16FA">
      <w:pPr>
        <w:rPr>
          <w:rFonts w:cstheme="majorHAnsi"/>
        </w:rPr>
      </w:pPr>
    </w:p>
    <w:p w14:paraId="151ACF10" w14:textId="77777777" w:rsidR="008C16FA" w:rsidRPr="00892227" w:rsidRDefault="008C16FA">
      <w:pPr>
        <w:rPr>
          <w:rFonts w:cstheme="majorHAnsi"/>
        </w:rPr>
      </w:pPr>
    </w:p>
    <w:p w14:paraId="7F3A15BC" w14:textId="77777777" w:rsidR="008C16FA" w:rsidRPr="00892227" w:rsidRDefault="008C16FA">
      <w:pPr>
        <w:rPr>
          <w:rFonts w:cstheme="majorHAnsi"/>
        </w:rPr>
      </w:pPr>
    </w:p>
    <w:p w14:paraId="074DF287" w14:textId="77777777" w:rsidR="008C16FA" w:rsidRPr="00892227" w:rsidRDefault="008C16FA">
      <w:pPr>
        <w:rPr>
          <w:rFonts w:cstheme="majorHAnsi"/>
        </w:rPr>
      </w:pPr>
    </w:p>
    <w:p w14:paraId="2CE6D368" w14:textId="77777777" w:rsidR="008C16FA" w:rsidRPr="00892227" w:rsidRDefault="008C16FA">
      <w:pPr>
        <w:rPr>
          <w:rFonts w:cstheme="majorHAnsi"/>
        </w:rPr>
      </w:pPr>
    </w:p>
    <w:p w14:paraId="4396F336" w14:textId="77777777" w:rsidR="008C16FA" w:rsidRPr="00892227" w:rsidRDefault="008C16FA">
      <w:pPr>
        <w:rPr>
          <w:rFonts w:cstheme="majorHAnsi"/>
        </w:rPr>
      </w:pPr>
    </w:p>
    <w:p w14:paraId="5DF5ABF7" w14:textId="77777777" w:rsidR="008C16FA" w:rsidRPr="00892227" w:rsidRDefault="008C16FA">
      <w:pPr>
        <w:rPr>
          <w:rFonts w:cstheme="majorHAnsi"/>
        </w:rPr>
      </w:pPr>
    </w:p>
    <w:p w14:paraId="47C4EAD4" w14:textId="16AA4A14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 xml:space="preserve">Section </w:t>
      </w:r>
      <w:r w:rsidR="00B739E8" w:rsidRPr="00892227">
        <w:rPr>
          <w:rFonts w:cstheme="majorHAnsi"/>
          <w:b/>
          <w:bCs/>
          <w:u w:val="single"/>
        </w:rPr>
        <w:t xml:space="preserve">2: </w:t>
      </w:r>
      <w:r w:rsidRPr="00892227">
        <w:rPr>
          <w:rFonts w:cstheme="majorHAnsi"/>
          <w:b/>
          <w:bCs/>
          <w:u w:val="single"/>
        </w:rPr>
        <w:t xml:space="preserve">Subcontractor / Company Details: 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973"/>
        <w:gridCol w:w="3937"/>
      </w:tblGrid>
      <w:tr w:rsidR="00B739E8" w:rsidRPr="00892227" w14:paraId="12F66BDD" w14:textId="77777777" w:rsidTr="00B11325">
        <w:tc>
          <w:tcPr>
            <w:tcW w:w="3973" w:type="dxa"/>
          </w:tcPr>
          <w:p w14:paraId="47C6BA28" w14:textId="77777777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Subcontractor or Company Name:  </w:t>
            </w:r>
          </w:p>
        </w:tc>
        <w:tc>
          <w:tcPr>
            <w:tcW w:w="3937" w:type="dxa"/>
          </w:tcPr>
          <w:p w14:paraId="3EADFDA5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  <w:p w14:paraId="2DE05A56" w14:textId="392F5376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</w:tc>
      </w:tr>
      <w:tr w:rsidR="00B739E8" w:rsidRPr="00892227" w14:paraId="3843564B" w14:textId="77777777" w:rsidTr="00B11325">
        <w:tc>
          <w:tcPr>
            <w:tcW w:w="3973" w:type="dxa"/>
          </w:tcPr>
          <w:p w14:paraId="1294AFDD" w14:textId="6C304C69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Subcontractor or Company Address:  </w:t>
            </w:r>
          </w:p>
        </w:tc>
        <w:tc>
          <w:tcPr>
            <w:tcW w:w="3937" w:type="dxa"/>
          </w:tcPr>
          <w:p w14:paraId="78A8FA98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  <w:p w14:paraId="6D2B7C10" w14:textId="777E197D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</w:tc>
      </w:tr>
      <w:tr w:rsidR="00B739E8" w:rsidRPr="00892227" w14:paraId="73D8148B" w14:textId="77777777" w:rsidTr="00B11325">
        <w:tc>
          <w:tcPr>
            <w:tcW w:w="3973" w:type="dxa"/>
          </w:tcPr>
          <w:p w14:paraId="0A52450E" w14:textId="38143F3B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Primary Contact Name:  </w:t>
            </w:r>
          </w:p>
        </w:tc>
        <w:tc>
          <w:tcPr>
            <w:tcW w:w="3937" w:type="dxa"/>
          </w:tcPr>
          <w:p w14:paraId="69FBBA3F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  <w:p w14:paraId="112FDA58" w14:textId="473594D1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</w:tc>
      </w:tr>
      <w:tr w:rsidR="00B739E8" w:rsidRPr="00892227" w14:paraId="4788F465" w14:textId="77777777" w:rsidTr="00B11325">
        <w:tc>
          <w:tcPr>
            <w:tcW w:w="3973" w:type="dxa"/>
          </w:tcPr>
          <w:p w14:paraId="439909A3" w14:textId="326E14F3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Position:  </w:t>
            </w:r>
          </w:p>
        </w:tc>
        <w:tc>
          <w:tcPr>
            <w:tcW w:w="3937" w:type="dxa"/>
          </w:tcPr>
          <w:p w14:paraId="1981B739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  <w:p w14:paraId="611396B1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</w:tc>
      </w:tr>
      <w:tr w:rsidR="00B739E8" w:rsidRPr="00892227" w14:paraId="6CCAA85B" w14:textId="77777777" w:rsidTr="00B11325">
        <w:tc>
          <w:tcPr>
            <w:tcW w:w="3973" w:type="dxa"/>
          </w:tcPr>
          <w:p w14:paraId="633370B9" w14:textId="77777777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Telephone Number:  </w:t>
            </w:r>
          </w:p>
        </w:tc>
        <w:tc>
          <w:tcPr>
            <w:tcW w:w="3937" w:type="dxa"/>
          </w:tcPr>
          <w:p w14:paraId="6F48F6D8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  <w:p w14:paraId="47784A64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</w:tc>
      </w:tr>
      <w:tr w:rsidR="00B739E8" w:rsidRPr="00892227" w14:paraId="6D923186" w14:textId="77777777" w:rsidTr="00B11325">
        <w:tc>
          <w:tcPr>
            <w:tcW w:w="3973" w:type="dxa"/>
          </w:tcPr>
          <w:p w14:paraId="35A99695" w14:textId="1B6FDE23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Email Address:  </w:t>
            </w:r>
          </w:p>
        </w:tc>
        <w:tc>
          <w:tcPr>
            <w:tcW w:w="3937" w:type="dxa"/>
          </w:tcPr>
          <w:p w14:paraId="5C14DBE9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  <w:p w14:paraId="46029EC8" w14:textId="791CBE29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</w:tc>
      </w:tr>
      <w:tr w:rsidR="00B739E8" w:rsidRPr="00892227" w14:paraId="08224B19" w14:textId="77777777" w:rsidTr="00B11325">
        <w:tc>
          <w:tcPr>
            <w:tcW w:w="3973" w:type="dxa"/>
          </w:tcPr>
          <w:p w14:paraId="1C82DDD7" w14:textId="3D43EB82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Company Registration Number:  </w:t>
            </w:r>
          </w:p>
        </w:tc>
        <w:tc>
          <w:tcPr>
            <w:tcW w:w="3937" w:type="dxa"/>
          </w:tcPr>
          <w:p w14:paraId="2D3B4435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  <w:p w14:paraId="638533D5" w14:textId="77777777" w:rsidR="00B739E8" w:rsidRPr="00892227" w:rsidRDefault="00B739E8" w:rsidP="00B739E8">
            <w:pPr>
              <w:pStyle w:val="ListParagraph"/>
              <w:ind w:left="0"/>
              <w:rPr>
                <w:rFonts w:cstheme="majorHAnsi"/>
              </w:rPr>
            </w:pPr>
          </w:p>
        </w:tc>
      </w:tr>
      <w:tr w:rsidR="00B739E8" w:rsidRPr="00892227" w14:paraId="0B13C5A8" w14:textId="77777777" w:rsidTr="00B11325">
        <w:tc>
          <w:tcPr>
            <w:tcW w:w="3973" w:type="dxa"/>
          </w:tcPr>
          <w:p w14:paraId="26A7B3F5" w14:textId="76053879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Company Website:  </w:t>
            </w:r>
          </w:p>
        </w:tc>
        <w:tc>
          <w:tcPr>
            <w:tcW w:w="3937" w:type="dxa"/>
          </w:tcPr>
          <w:p w14:paraId="05A54E1D" w14:textId="77777777" w:rsidR="00B739E8" w:rsidRPr="00892227" w:rsidRDefault="00B739E8" w:rsidP="00B739E8">
            <w:pPr>
              <w:rPr>
                <w:rFonts w:cstheme="majorHAnsi"/>
              </w:rPr>
            </w:pPr>
          </w:p>
          <w:p w14:paraId="0AAF887C" w14:textId="77777777" w:rsidR="00B739E8" w:rsidRPr="00892227" w:rsidRDefault="00B739E8" w:rsidP="00B739E8">
            <w:pPr>
              <w:rPr>
                <w:rFonts w:cstheme="majorHAnsi"/>
              </w:rPr>
            </w:pPr>
          </w:p>
        </w:tc>
      </w:tr>
      <w:tr w:rsidR="00B739E8" w:rsidRPr="00892227" w14:paraId="57FAB765" w14:textId="77777777" w:rsidTr="00B11325">
        <w:tc>
          <w:tcPr>
            <w:tcW w:w="3973" w:type="dxa"/>
          </w:tcPr>
          <w:p w14:paraId="109271E3" w14:textId="77777777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Registered Office Address:  </w:t>
            </w:r>
          </w:p>
        </w:tc>
        <w:tc>
          <w:tcPr>
            <w:tcW w:w="3937" w:type="dxa"/>
          </w:tcPr>
          <w:p w14:paraId="245B33C5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  <w:p w14:paraId="5D27B940" w14:textId="04720200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</w:tc>
      </w:tr>
      <w:tr w:rsidR="00B739E8" w:rsidRPr="00892227" w14:paraId="52A5D0E3" w14:textId="77777777" w:rsidTr="00B11325">
        <w:tc>
          <w:tcPr>
            <w:tcW w:w="3973" w:type="dxa"/>
          </w:tcPr>
          <w:p w14:paraId="485A9427" w14:textId="77777777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VAT Number:  </w:t>
            </w:r>
          </w:p>
        </w:tc>
        <w:tc>
          <w:tcPr>
            <w:tcW w:w="3937" w:type="dxa"/>
          </w:tcPr>
          <w:p w14:paraId="300B1EE5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  <w:p w14:paraId="55F27CAD" w14:textId="1EC19B5D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</w:tc>
      </w:tr>
      <w:tr w:rsidR="00B739E8" w:rsidRPr="00892227" w14:paraId="17EC542D" w14:textId="77777777" w:rsidTr="00B11325">
        <w:tc>
          <w:tcPr>
            <w:tcW w:w="3973" w:type="dxa"/>
          </w:tcPr>
          <w:p w14:paraId="3E4B7EB7" w14:textId="11547006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Questionnaire Completed By:    </w:t>
            </w:r>
          </w:p>
        </w:tc>
        <w:tc>
          <w:tcPr>
            <w:tcW w:w="3937" w:type="dxa"/>
          </w:tcPr>
          <w:p w14:paraId="4A791CD4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  <w:p w14:paraId="7148FBAF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</w:tc>
      </w:tr>
      <w:tr w:rsidR="00B739E8" w:rsidRPr="00892227" w14:paraId="4154FE3D" w14:textId="77777777" w:rsidTr="00B11325">
        <w:tc>
          <w:tcPr>
            <w:tcW w:w="3973" w:type="dxa"/>
          </w:tcPr>
          <w:p w14:paraId="46369072" w14:textId="1D353F14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Date: </w:t>
            </w:r>
          </w:p>
        </w:tc>
        <w:tc>
          <w:tcPr>
            <w:tcW w:w="3937" w:type="dxa"/>
          </w:tcPr>
          <w:p w14:paraId="62858F1D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  <w:p w14:paraId="36504ADE" w14:textId="77777777" w:rsidR="00B739E8" w:rsidRPr="00892227" w:rsidRDefault="00B739E8" w:rsidP="00B739E8">
            <w:pPr>
              <w:ind w:left="360"/>
              <w:rPr>
                <w:rFonts w:cstheme="majorHAnsi"/>
              </w:rPr>
            </w:pPr>
          </w:p>
        </w:tc>
      </w:tr>
    </w:tbl>
    <w:p w14:paraId="2B79EA0A" w14:textId="0E9D2FF7" w:rsidR="00101715" w:rsidRPr="00892227" w:rsidRDefault="00101715">
      <w:pPr>
        <w:rPr>
          <w:rFonts w:cstheme="majorHAnsi"/>
          <w:b/>
          <w:bCs/>
          <w:u w:val="single"/>
        </w:rPr>
      </w:pPr>
    </w:p>
    <w:p w14:paraId="74009E33" w14:textId="77777777" w:rsidR="004B5383" w:rsidRPr="00892227" w:rsidRDefault="004B5383">
      <w:pPr>
        <w:rPr>
          <w:rFonts w:cstheme="majorHAnsi"/>
          <w:b/>
          <w:bCs/>
          <w:u w:val="single"/>
        </w:rPr>
      </w:pPr>
    </w:p>
    <w:p w14:paraId="69B2E140" w14:textId="77777777" w:rsidR="004B5383" w:rsidRPr="00892227" w:rsidRDefault="004B5383">
      <w:pPr>
        <w:rPr>
          <w:rFonts w:cstheme="majorHAnsi"/>
          <w:b/>
          <w:bCs/>
          <w:u w:val="single"/>
        </w:rPr>
      </w:pPr>
    </w:p>
    <w:p w14:paraId="39891519" w14:textId="77777777" w:rsidR="004B5383" w:rsidRPr="00892227" w:rsidRDefault="004B5383">
      <w:pPr>
        <w:rPr>
          <w:rFonts w:cstheme="majorHAnsi"/>
          <w:b/>
          <w:bCs/>
          <w:u w:val="single"/>
        </w:rPr>
      </w:pPr>
    </w:p>
    <w:p w14:paraId="7160161F" w14:textId="77777777" w:rsidR="004B5383" w:rsidRPr="00892227" w:rsidRDefault="004B5383">
      <w:pPr>
        <w:rPr>
          <w:rFonts w:cstheme="majorHAnsi"/>
          <w:b/>
          <w:bCs/>
          <w:u w:val="single"/>
        </w:rPr>
      </w:pPr>
    </w:p>
    <w:p w14:paraId="6C02D16E" w14:textId="77777777" w:rsidR="004B5383" w:rsidRPr="00892227" w:rsidRDefault="004B5383">
      <w:pPr>
        <w:rPr>
          <w:rFonts w:cstheme="majorHAnsi"/>
          <w:b/>
          <w:bCs/>
          <w:u w:val="single"/>
        </w:rPr>
      </w:pPr>
    </w:p>
    <w:p w14:paraId="2228164F" w14:textId="77777777" w:rsidR="004B5383" w:rsidRPr="00892227" w:rsidRDefault="004B5383">
      <w:pPr>
        <w:rPr>
          <w:rFonts w:cstheme="majorHAnsi"/>
          <w:b/>
          <w:bCs/>
          <w:u w:val="single"/>
        </w:rPr>
      </w:pPr>
    </w:p>
    <w:p w14:paraId="6E08374C" w14:textId="77777777" w:rsidR="004B5383" w:rsidRPr="00892227" w:rsidRDefault="004B5383">
      <w:pPr>
        <w:rPr>
          <w:rFonts w:cstheme="majorHAnsi"/>
          <w:b/>
          <w:bCs/>
          <w:u w:val="single"/>
        </w:rPr>
      </w:pPr>
    </w:p>
    <w:p w14:paraId="0EB42FBA" w14:textId="77777777" w:rsidR="004B5383" w:rsidRPr="00892227" w:rsidRDefault="004B5383">
      <w:pPr>
        <w:rPr>
          <w:rFonts w:cstheme="majorHAnsi"/>
        </w:rPr>
      </w:pPr>
    </w:p>
    <w:p w14:paraId="2F253580" w14:textId="731046C0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3F64C82B" w14:textId="77777777" w:rsidR="00B739E8" w:rsidRPr="00892227" w:rsidRDefault="00B739E8">
      <w:pPr>
        <w:rPr>
          <w:rFonts w:cstheme="majorHAnsi"/>
        </w:rPr>
      </w:pPr>
    </w:p>
    <w:p w14:paraId="5C817B39" w14:textId="1E77B035" w:rsidR="00101715" w:rsidRPr="00892227" w:rsidRDefault="00000000" w:rsidP="008C16FA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6E6111BF" w14:textId="3287B900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 xml:space="preserve">Section </w:t>
      </w:r>
      <w:r w:rsidR="00B739E8" w:rsidRPr="00892227">
        <w:rPr>
          <w:rFonts w:cstheme="majorHAnsi"/>
          <w:b/>
          <w:bCs/>
          <w:u w:val="single"/>
        </w:rPr>
        <w:t>3</w:t>
      </w:r>
      <w:r w:rsidR="008C16FA" w:rsidRPr="00892227">
        <w:rPr>
          <w:rFonts w:cstheme="majorHAnsi"/>
          <w:b/>
          <w:bCs/>
          <w:u w:val="single"/>
        </w:rPr>
        <w:t>:</w:t>
      </w:r>
      <w:r w:rsidRPr="00892227">
        <w:rPr>
          <w:rFonts w:cstheme="majorHAnsi"/>
          <w:b/>
          <w:bCs/>
          <w:u w:val="single"/>
        </w:rPr>
        <w:t xml:space="preserve"> Company Structure &amp; Finance:  </w:t>
      </w:r>
    </w:p>
    <w:p w14:paraId="00F9AD37" w14:textId="3D90D911" w:rsidR="00101715" w:rsidRPr="00892227" w:rsidRDefault="00B739E8">
      <w:pPr>
        <w:rPr>
          <w:rFonts w:cstheme="majorHAnsi"/>
        </w:rPr>
      </w:pPr>
      <w:r w:rsidRPr="00892227">
        <w:rPr>
          <w:rFonts w:cstheme="majorHAnsi"/>
        </w:rPr>
        <w:t xml:space="preserve">Directors / Owners (as registered at Companies House):  </w:t>
      </w:r>
    </w:p>
    <w:p w14:paraId="0576C5BD" w14:textId="4CD742EE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Name:       </w:t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Pr="00892227">
        <w:rPr>
          <w:rFonts w:cstheme="majorHAnsi"/>
        </w:rPr>
        <w:t xml:space="preserve">% Ownership:  </w:t>
      </w:r>
    </w:p>
    <w:p w14:paraId="388CA453" w14:textId="044B0552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Name:       </w:t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Pr="00892227">
        <w:rPr>
          <w:rFonts w:cstheme="majorHAnsi"/>
        </w:rPr>
        <w:t xml:space="preserve">% Ownership:  </w:t>
      </w:r>
    </w:p>
    <w:p w14:paraId="0688E021" w14:textId="5A8D5D28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Name:       </w:t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="00B739E8" w:rsidRPr="00892227">
        <w:rPr>
          <w:rFonts w:cstheme="majorHAnsi"/>
        </w:rPr>
        <w:tab/>
      </w:r>
      <w:r w:rsidRPr="00892227">
        <w:rPr>
          <w:rFonts w:cstheme="majorHAnsi"/>
        </w:rPr>
        <w:t xml:space="preserve">% Ownership:  </w:t>
      </w:r>
    </w:p>
    <w:p w14:paraId="4C0B174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6089991F" w14:textId="4EE77F67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Staffing Levels: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3"/>
        <w:gridCol w:w="4297"/>
      </w:tblGrid>
      <w:tr w:rsidR="00B739E8" w:rsidRPr="00892227" w14:paraId="25075E63" w14:textId="77777777" w:rsidTr="00B739E8">
        <w:tc>
          <w:tcPr>
            <w:tcW w:w="4428" w:type="dxa"/>
          </w:tcPr>
          <w:p w14:paraId="61CE1FBB" w14:textId="2771D49B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Total number of persons employed:  </w:t>
            </w:r>
          </w:p>
        </w:tc>
        <w:tc>
          <w:tcPr>
            <w:tcW w:w="4428" w:type="dxa"/>
          </w:tcPr>
          <w:p w14:paraId="6BB7916C" w14:textId="77777777" w:rsidR="00B739E8" w:rsidRPr="00892227" w:rsidRDefault="00B739E8" w:rsidP="00B739E8">
            <w:pPr>
              <w:rPr>
                <w:rFonts w:cstheme="majorHAnsi"/>
              </w:rPr>
            </w:pPr>
          </w:p>
          <w:p w14:paraId="3BA43162" w14:textId="77777777" w:rsidR="00B739E8" w:rsidRPr="00892227" w:rsidRDefault="00B739E8" w:rsidP="00B739E8">
            <w:pPr>
              <w:rPr>
                <w:rFonts w:cstheme="majorHAnsi"/>
              </w:rPr>
            </w:pPr>
          </w:p>
        </w:tc>
      </w:tr>
      <w:tr w:rsidR="00B739E8" w:rsidRPr="00892227" w14:paraId="3396694D" w14:textId="77777777" w:rsidTr="00B739E8">
        <w:tc>
          <w:tcPr>
            <w:tcW w:w="4428" w:type="dxa"/>
          </w:tcPr>
          <w:p w14:paraId="26BCB104" w14:textId="54F5F694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Number directly employed (PAYE):  </w:t>
            </w:r>
          </w:p>
        </w:tc>
        <w:tc>
          <w:tcPr>
            <w:tcW w:w="4428" w:type="dxa"/>
          </w:tcPr>
          <w:p w14:paraId="1241420A" w14:textId="77777777" w:rsidR="00B739E8" w:rsidRPr="00892227" w:rsidRDefault="00B739E8" w:rsidP="00B739E8">
            <w:pPr>
              <w:rPr>
                <w:rFonts w:cstheme="majorHAnsi"/>
              </w:rPr>
            </w:pPr>
          </w:p>
          <w:p w14:paraId="2FDFB102" w14:textId="77777777" w:rsidR="00B739E8" w:rsidRPr="00892227" w:rsidRDefault="00B739E8" w:rsidP="00B739E8">
            <w:pPr>
              <w:rPr>
                <w:rFonts w:cstheme="majorHAnsi"/>
              </w:rPr>
            </w:pPr>
          </w:p>
        </w:tc>
      </w:tr>
      <w:tr w:rsidR="00B739E8" w:rsidRPr="00892227" w14:paraId="2B12D9A8" w14:textId="77777777" w:rsidTr="00B739E8">
        <w:tc>
          <w:tcPr>
            <w:tcW w:w="4428" w:type="dxa"/>
          </w:tcPr>
          <w:p w14:paraId="2C528511" w14:textId="7B017569" w:rsidR="00B739E8" w:rsidRPr="00892227" w:rsidRDefault="00B739E8" w:rsidP="00B739E8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Number of apprentices:  </w:t>
            </w:r>
          </w:p>
        </w:tc>
        <w:tc>
          <w:tcPr>
            <w:tcW w:w="4428" w:type="dxa"/>
          </w:tcPr>
          <w:p w14:paraId="3B965315" w14:textId="77777777" w:rsidR="00B739E8" w:rsidRPr="00892227" w:rsidRDefault="00B739E8" w:rsidP="00B739E8">
            <w:pPr>
              <w:rPr>
                <w:rFonts w:cstheme="majorHAnsi"/>
              </w:rPr>
            </w:pPr>
          </w:p>
          <w:p w14:paraId="74C7ABB3" w14:textId="4EBEFA71" w:rsidR="00B739E8" w:rsidRPr="00892227" w:rsidRDefault="00B739E8" w:rsidP="00B739E8">
            <w:pPr>
              <w:rPr>
                <w:rFonts w:cstheme="majorHAnsi"/>
              </w:rPr>
            </w:pPr>
          </w:p>
        </w:tc>
      </w:tr>
    </w:tbl>
    <w:p w14:paraId="18879BE9" w14:textId="2E242525" w:rsidR="00101715" w:rsidRPr="00892227" w:rsidRDefault="00101715">
      <w:pPr>
        <w:rPr>
          <w:rFonts w:cstheme="majorHAnsi"/>
        </w:rPr>
      </w:pPr>
    </w:p>
    <w:p w14:paraId="2574E5A1" w14:textId="10FE2EB7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Registration &amp; Compliance Details:  </w:t>
      </w:r>
    </w:p>
    <w:p w14:paraId="109A1CDF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CIS Registered:  </w:t>
      </w:r>
    </w:p>
    <w:p w14:paraId="03524027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Yes  </w:t>
      </w:r>
    </w:p>
    <w:p w14:paraId="0573C0EF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No </w:t>
      </w:r>
    </w:p>
    <w:p w14:paraId="3017A925" w14:textId="77777777" w:rsidR="00D37C43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3"/>
        <w:gridCol w:w="4297"/>
      </w:tblGrid>
      <w:tr w:rsidR="00D37C43" w:rsidRPr="00892227" w14:paraId="276FFCD1" w14:textId="77777777" w:rsidTr="00D37C43">
        <w:tc>
          <w:tcPr>
            <w:tcW w:w="4428" w:type="dxa"/>
          </w:tcPr>
          <w:p w14:paraId="7CFF72BC" w14:textId="77777777" w:rsidR="00D37C4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Unique Taxpayer Reference (UTR):  </w:t>
            </w:r>
          </w:p>
          <w:p w14:paraId="030A618B" w14:textId="77777777" w:rsidR="004B5383" w:rsidRPr="00892227" w:rsidRDefault="004B538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(Companies &amp; Sole traders)</w:t>
            </w:r>
          </w:p>
          <w:p w14:paraId="2F6C03FA" w14:textId="619AF7CB" w:rsidR="004B5383" w:rsidRPr="00892227" w:rsidRDefault="004B5383" w:rsidP="00D37C43">
            <w:pPr>
              <w:rPr>
                <w:rFonts w:cstheme="majorHAnsi"/>
              </w:rPr>
            </w:pPr>
          </w:p>
        </w:tc>
        <w:tc>
          <w:tcPr>
            <w:tcW w:w="4428" w:type="dxa"/>
          </w:tcPr>
          <w:p w14:paraId="2F374F97" w14:textId="77777777" w:rsidR="00D37C43" w:rsidRPr="00892227" w:rsidRDefault="00D37C43" w:rsidP="00D37C43">
            <w:pPr>
              <w:rPr>
                <w:rFonts w:cstheme="majorHAnsi"/>
              </w:rPr>
            </w:pPr>
          </w:p>
          <w:p w14:paraId="5DE14DBC" w14:textId="77777777" w:rsidR="00D37C43" w:rsidRPr="00892227" w:rsidRDefault="00D37C43" w:rsidP="00D37C43">
            <w:pPr>
              <w:rPr>
                <w:rFonts w:cstheme="majorHAnsi"/>
              </w:rPr>
            </w:pPr>
          </w:p>
        </w:tc>
      </w:tr>
      <w:tr w:rsidR="00D37C43" w:rsidRPr="00892227" w14:paraId="224BD900" w14:textId="77777777" w:rsidTr="00D37C43">
        <w:tc>
          <w:tcPr>
            <w:tcW w:w="4428" w:type="dxa"/>
          </w:tcPr>
          <w:p w14:paraId="32963D26" w14:textId="77777777" w:rsidR="004B538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National Insurance Number</w:t>
            </w:r>
            <w:r w:rsidR="004B5383" w:rsidRPr="00892227">
              <w:rPr>
                <w:rFonts w:cstheme="majorHAnsi"/>
              </w:rPr>
              <w:t xml:space="preserve">: </w:t>
            </w:r>
          </w:p>
          <w:p w14:paraId="1109D851" w14:textId="51C1981D" w:rsidR="00D37C4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Sole Trader): </w:t>
            </w:r>
          </w:p>
          <w:p w14:paraId="0E429766" w14:textId="77F51A96" w:rsidR="00D37C4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 </w:t>
            </w:r>
          </w:p>
        </w:tc>
        <w:tc>
          <w:tcPr>
            <w:tcW w:w="4428" w:type="dxa"/>
          </w:tcPr>
          <w:p w14:paraId="2BB6E3BF" w14:textId="77777777" w:rsidR="00D37C43" w:rsidRPr="00892227" w:rsidRDefault="00D37C43" w:rsidP="00D37C43">
            <w:pPr>
              <w:rPr>
                <w:rFonts w:cstheme="majorHAnsi"/>
              </w:rPr>
            </w:pPr>
          </w:p>
        </w:tc>
      </w:tr>
      <w:tr w:rsidR="00D37C43" w:rsidRPr="00892227" w14:paraId="0EBB1DE1" w14:textId="77777777" w:rsidTr="00D37C43">
        <w:tc>
          <w:tcPr>
            <w:tcW w:w="4428" w:type="dxa"/>
          </w:tcPr>
          <w:p w14:paraId="52D09AD5" w14:textId="39E4DD6F" w:rsidR="00D37C43" w:rsidRPr="00892227" w:rsidRDefault="00D37C43" w:rsidP="00D37C43">
            <w:pPr>
              <w:rPr>
                <w:rFonts w:cstheme="majorHAnsi"/>
                <w:b/>
                <w:bCs/>
              </w:rPr>
            </w:pPr>
            <w:r w:rsidRPr="00892227">
              <w:rPr>
                <w:rFonts w:cstheme="majorHAnsi"/>
                <w:b/>
                <w:bCs/>
              </w:rPr>
              <w:t xml:space="preserve">Organisation Status </w:t>
            </w:r>
          </w:p>
        </w:tc>
        <w:tc>
          <w:tcPr>
            <w:tcW w:w="4428" w:type="dxa"/>
          </w:tcPr>
          <w:p w14:paraId="27D0C24F" w14:textId="77777777" w:rsidR="00D37C43" w:rsidRPr="00892227" w:rsidRDefault="00D37C43" w:rsidP="00D37C43">
            <w:pPr>
              <w:rPr>
                <w:rFonts w:cstheme="majorHAnsi"/>
              </w:rPr>
            </w:pPr>
          </w:p>
        </w:tc>
      </w:tr>
      <w:tr w:rsidR="00055CA2" w:rsidRPr="00892227" w14:paraId="336DEE07" w14:textId="77777777" w:rsidTr="00D37C43">
        <w:tc>
          <w:tcPr>
            <w:tcW w:w="4428" w:type="dxa"/>
          </w:tcPr>
          <w:p w14:paraId="3B75F7A9" w14:textId="30C964FF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Public Limited Company (PLC)  </w:t>
            </w:r>
          </w:p>
        </w:tc>
        <w:tc>
          <w:tcPr>
            <w:tcW w:w="4428" w:type="dxa"/>
          </w:tcPr>
          <w:p w14:paraId="37AAEDB4" w14:textId="3002B619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7FA9759E" w14:textId="77777777" w:rsidTr="00D37C43">
        <w:tc>
          <w:tcPr>
            <w:tcW w:w="4428" w:type="dxa"/>
          </w:tcPr>
          <w:p w14:paraId="1B516201" w14:textId="222E8366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Private Limited Company (LTD)  </w:t>
            </w:r>
          </w:p>
        </w:tc>
        <w:tc>
          <w:tcPr>
            <w:tcW w:w="4428" w:type="dxa"/>
          </w:tcPr>
          <w:p w14:paraId="1C298394" w14:textId="61F31CAA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A1AED96" w14:textId="77777777" w:rsidTr="00D37C43">
        <w:tc>
          <w:tcPr>
            <w:tcW w:w="4428" w:type="dxa"/>
          </w:tcPr>
          <w:p w14:paraId="231218B9" w14:textId="0AA6E3C4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Partnership  </w:t>
            </w:r>
          </w:p>
        </w:tc>
        <w:tc>
          <w:tcPr>
            <w:tcW w:w="4428" w:type="dxa"/>
          </w:tcPr>
          <w:p w14:paraId="084B4175" w14:textId="73C03648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CB64014" w14:textId="77777777" w:rsidTr="00D37C43">
        <w:tc>
          <w:tcPr>
            <w:tcW w:w="4428" w:type="dxa"/>
          </w:tcPr>
          <w:p w14:paraId="1292EB8A" w14:textId="7442CB6E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Sole Trader</w:t>
            </w:r>
          </w:p>
        </w:tc>
        <w:tc>
          <w:tcPr>
            <w:tcW w:w="4428" w:type="dxa"/>
          </w:tcPr>
          <w:p w14:paraId="2962C1EC" w14:textId="0B6FC69C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83DC13F" w14:textId="77777777" w:rsidTr="00D37C43">
        <w:tc>
          <w:tcPr>
            <w:tcW w:w="4428" w:type="dxa"/>
          </w:tcPr>
          <w:p w14:paraId="4E7C15F7" w14:textId="4BE17A4F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Other</w:t>
            </w:r>
          </w:p>
        </w:tc>
        <w:tc>
          <w:tcPr>
            <w:tcW w:w="4428" w:type="dxa"/>
          </w:tcPr>
          <w:p w14:paraId="096379A1" w14:textId="09CEB7BC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2A878DC9" w14:textId="0281380E" w:rsidR="00101715" w:rsidRPr="00892227" w:rsidRDefault="00101715">
      <w:pPr>
        <w:rPr>
          <w:rFonts w:cstheme="majorHAnsi"/>
        </w:rPr>
      </w:pPr>
    </w:p>
    <w:p w14:paraId="450257BB" w14:textId="77777777" w:rsidR="00D37C43" w:rsidRPr="00892227" w:rsidRDefault="00D37C43">
      <w:pPr>
        <w:rPr>
          <w:rFonts w:cstheme="majorHAnsi"/>
        </w:rPr>
      </w:pPr>
    </w:p>
    <w:p w14:paraId="5DE0DC12" w14:textId="77777777" w:rsidR="00D37C43" w:rsidRPr="00892227" w:rsidRDefault="00D37C43">
      <w:pPr>
        <w:rPr>
          <w:rFonts w:cstheme="majorHAnsi"/>
        </w:rPr>
      </w:pPr>
    </w:p>
    <w:p w14:paraId="1EEBA016" w14:textId="77777777" w:rsidR="00D37C43" w:rsidRPr="00892227" w:rsidRDefault="00D37C43">
      <w:pPr>
        <w:rPr>
          <w:rFonts w:cstheme="majorHAnsi"/>
        </w:rPr>
      </w:pPr>
    </w:p>
    <w:p w14:paraId="2D5712EA" w14:textId="36322182" w:rsidR="00101715" w:rsidRPr="00892227" w:rsidRDefault="00D37C43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Section 4: Financial Details: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7"/>
        <w:gridCol w:w="4303"/>
      </w:tblGrid>
      <w:tr w:rsidR="00D37C43" w:rsidRPr="00892227" w14:paraId="0773444A" w14:textId="77777777" w:rsidTr="004B5383">
        <w:tc>
          <w:tcPr>
            <w:tcW w:w="4327" w:type="dxa"/>
          </w:tcPr>
          <w:p w14:paraId="087E3D89" w14:textId="63A4222A" w:rsidR="00D37C43" w:rsidRPr="00892227" w:rsidRDefault="004B538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Reference</w:t>
            </w:r>
            <w:r w:rsidR="00D37C43" w:rsidRPr="00892227">
              <w:rPr>
                <w:rFonts w:cstheme="majorHAnsi"/>
              </w:rPr>
              <w:t xml:space="preserve"> to be used: (eg invoice number)   </w:t>
            </w:r>
          </w:p>
          <w:p w14:paraId="5A0A9E65" w14:textId="77777777" w:rsidR="00D37C43" w:rsidRPr="00892227" w:rsidRDefault="00D37C43">
            <w:pPr>
              <w:rPr>
                <w:rFonts w:cstheme="majorHAnsi"/>
              </w:rPr>
            </w:pPr>
          </w:p>
        </w:tc>
        <w:tc>
          <w:tcPr>
            <w:tcW w:w="4303" w:type="dxa"/>
          </w:tcPr>
          <w:p w14:paraId="646B67A0" w14:textId="77777777" w:rsidR="00D37C43" w:rsidRPr="00892227" w:rsidRDefault="00D37C43">
            <w:pPr>
              <w:rPr>
                <w:rFonts w:cstheme="majorHAnsi"/>
              </w:rPr>
            </w:pPr>
          </w:p>
        </w:tc>
      </w:tr>
      <w:tr w:rsidR="00D37C43" w:rsidRPr="00892227" w14:paraId="685DACD2" w14:textId="77777777" w:rsidTr="004B5383">
        <w:tc>
          <w:tcPr>
            <w:tcW w:w="4327" w:type="dxa"/>
          </w:tcPr>
          <w:p w14:paraId="69D0BD0F" w14:textId="77777777" w:rsidR="00D37C4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Bank Name   </w:t>
            </w:r>
          </w:p>
          <w:p w14:paraId="6C0F7238" w14:textId="63AD7B0E" w:rsidR="00D37C43" w:rsidRPr="00892227" w:rsidRDefault="00D37C43" w:rsidP="00D37C43">
            <w:pPr>
              <w:rPr>
                <w:rFonts w:cstheme="majorHAnsi"/>
              </w:rPr>
            </w:pPr>
          </w:p>
        </w:tc>
        <w:tc>
          <w:tcPr>
            <w:tcW w:w="4303" w:type="dxa"/>
          </w:tcPr>
          <w:p w14:paraId="279DB60C" w14:textId="77777777" w:rsidR="00D37C43" w:rsidRPr="00892227" w:rsidRDefault="00D37C43" w:rsidP="00D37C43">
            <w:pPr>
              <w:rPr>
                <w:rFonts w:cstheme="majorHAnsi"/>
              </w:rPr>
            </w:pPr>
          </w:p>
        </w:tc>
      </w:tr>
      <w:tr w:rsidR="00D37C43" w:rsidRPr="00892227" w14:paraId="36512969" w14:textId="77777777" w:rsidTr="004B5383">
        <w:tc>
          <w:tcPr>
            <w:tcW w:w="4327" w:type="dxa"/>
          </w:tcPr>
          <w:p w14:paraId="372C923C" w14:textId="77777777" w:rsidR="00D37C4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Bank Address   </w:t>
            </w:r>
          </w:p>
          <w:p w14:paraId="6CBBD28C" w14:textId="07F1D240" w:rsidR="00D37C43" w:rsidRPr="00892227" w:rsidRDefault="00D37C43" w:rsidP="00D37C43">
            <w:pPr>
              <w:rPr>
                <w:rFonts w:cstheme="majorHAnsi"/>
              </w:rPr>
            </w:pPr>
          </w:p>
        </w:tc>
        <w:tc>
          <w:tcPr>
            <w:tcW w:w="4303" w:type="dxa"/>
          </w:tcPr>
          <w:p w14:paraId="7C893207" w14:textId="77777777" w:rsidR="00D37C43" w:rsidRPr="00892227" w:rsidRDefault="00D37C43" w:rsidP="00D37C43">
            <w:pPr>
              <w:rPr>
                <w:rFonts w:cstheme="majorHAnsi"/>
              </w:rPr>
            </w:pPr>
          </w:p>
        </w:tc>
      </w:tr>
      <w:tr w:rsidR="00D37C43" w:rsidRPr="00892227" w14:paraId="0F2C2B22" w14:textId="77777777" w:rsidTr="004B5383">
        <w:tc>
          <w:tcPr>
            <w:tcW w:w="4327" w:type="dxa"/>
          </w:tcPr>
          <w:p w14:paraId="583CD695" w14:textId="77777777" w:rsidR="00D37C4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Sort Code   </w:t>
            </w:r>
          </w:p>
          <w:p w14:paraId="62AE6627" w14:textId="4699CFB9" w:rsidR="00D37C43" w:rsidRPr="00892227" w:rsidRDefault="00D37C43" w:rsidP="00D37C43">
            <w:pPr>
              <w:rPr>
                <w:rFonts w:cstheme="majorHAnsi"/>
              </w:rPr>
            </w:pPr>
          </w:p>
        </w:tc>
        <w:tc>
          <w:tcPr>
            <w:tcW w:w="4303" w:type="dxa"/>
          </w:tcPr>
          <w:p w14:paraId="5791CB2C" w14:textId="77777777" w:rsidR="00D37C43" w:rsidRPr="00892227" w:rsidRDefault="00D37C43" w:rsidP="00D37C43">
            <w:pPr>
              <w:rPr>
                <w:rFonts w:cstheme="majorHAnsi"/>
              </w:rPr>
            </w:pPr>
          </w:p>
        </w:tc>
      </w:tr>
      <w:tr w:rsidR="00D37C43" w:rsidRPr="00892227" w14:paraId="4F70384F" w14:textId="77777777" w:rsidTr="004B5383">
        <w:tc>
          <w:tcPr>
            <w:tcW w:w="4327" w:type="dxa"/>
          </w:tcPr>
          <w:p w14:paraId="0EC4D41A" w14:textId="77777777" w:rsidR="00D37C43" w:rsidRPr="00892227" w:rsidRDefault="00D37C43" w:rsidP="00D37C43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Account Number   </w:t>
            </w:r>
          </w:p>
          <w:p w14:paraId="2C7F6A28" w14:textId="7B154411" w:rsidR="00D37C43" w:rsidRPr="00892227" w:rsidRDefault="00D37C43" w:rsidP="00D37C43">
            <w:pPr>
              <w:rPr>
                <w:rFonts w:cstheme="majorHAnsi"/>
              </w:rPr>
            </w:pPr>
          </w:p>
        </w:tc>
        <w:tc>
          <w:tcPr>
            <w:tcW w:w="4303" w:type="dxa"/>
          </w:tcPr>
          <w:p w14:paraId="2F1839DA" w14:textId="77777777" w:rsidR="00D37C43" w:rsidRPr="00892227" w:rsidRDefault="00D37C43" w:rsidP="00D37C43">
            <w:pPr>
              <w:rPr>
                <w:rFonts w:cstheme="majorHAnsi"/>
              </w:rPr>
            </w:pPr>
          </w:p>
        </w:tc>
      </w:tr>
    </w:tbl>
    <w:p w14:paraId="6EFA60CE" w14:textId="77777777" w:rsidR="00D37C43" w:rsidRPr="00892227" w:rsidRDefault="00D37C43">
      <w:pPr>
        <w:rPr>
          <w:rFonts w:cstheme="majorHAnsi"/>
        </w:rPr>
      </w:pPr>
    </w:p>
    <w:p w14:paraId="4739897E" w14:textId="5280AEA0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Financial Standing:  </w:t>
      </w:r>
    </w:p>
    <w:p w14:paraId="055C8AA8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Have you or the company experienced any of the following in the last 5 years?  </w:t>
      </w:r>
    </w:p>
    <w:p w14:paraId="67B35B61" w14:textId="600F5090" w:rsidR="00055CA2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(Please tick if applicable)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5"/>
        <w:gridCol w:w="4295"/>
      </w:tblGrid>
      <w:tr w:rsidR="00055CA2" w:rsidRPr="00892227" w14:paraId="6980AC1D" w14:textId="77777777" w:rsidTr="004B5383">
        <w:tc>
          <w:tcPr>
            <w:tcW w:w="4335" w:type="dxa"/>
          </w:tcPr>
          <w:p w14:paraId="1F7459CC" w14:textId="43807C52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Bankruptcy Proceedings  </w:t>
            </w:r>
          </w:p>
        </w:tc>
        <w:tc>
          <w:tcPr>
            <w:tcW w:w="4295" w:type="dxa"/>
          </w:tcPr>
          <w:p w14:paraId="4DA5B795" w14:textId="3A4492ED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589F70F5" w14:textId="77777777" w:rsidTr="004B5383">
        <w:tc>
          <w:tcPr>
            <w:tcW w:w="4335" w:type="dxa"/>
          </w:tcPr>
          <w:p w14:paraId="0857BE56" w14:textId="332E31CD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Insolvency or administration</w:t>
            </w:r>
          </w:p>
        </w:tc>
        <w:tc>
          <w:tcPr>
            <w:tcW w:w="4295" w:type="dxa"/>
          </w:tcPr>
          <w:p w14:paraId="292DAF01" w14:textId="73C57113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1CEC8EF4" w14:textId="77777777" w:rsidTr="004B5383">
        <w:tc>
          <w:tcPr>
            <w:tcW w:w="4335" w:type="dxa"/>
          </w:tcPr>
          <w:p w14:paraId="77BD5EA9" w14:textId="0E39616A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County Court Judgements </w:t>
            </w:r>
          </w:p>
        </w:tc>
        <w:tc>
          <w:tcPr>
            <w:tcW w:w="4295" w:type="dxa"/>
          </w:tcPr>
          <w:p w14:paraId="36E57CAB" w14:textId="788FE414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2CFBA1BD" w14:textId="77777777" w:rsidTr="004B5383">
        <w:tc>
          <w:tcPr>
            <w:tcW w:w="4335" w:type="dxa"/>
          </w:tcPr>
          <w:p w14:paraId="3A34F085" w14:textId="4A5ACE1D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Late tax payments</w:t>
            </w:r>
          </w:p>
        </w:tc>
        <w:tc>
          <w:tcPr>
            <w:tcW w:w="4295" w:type="dxa"/>
          </w:tcPr>
          <w:p w14:paraId="1BFBFBE8" w14:textId="432DCEF9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13EBB10F" w14:textId="6BF0C407" w:rsidR="00101715" w:rsidRPr="00892227" w:rsidRDefault="00101715">
      <w:pPr>
        <w:rPr>
          <w:rFonts w:cstheme="majorHAnsi"/>
        </w:rPr>
      </w:pPr>
    </w:p>
    <w:p w14:paraId="53F447F1" w14:textId="09F94BB8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  <w:r w:rsidR="00055CA2" w:rsidRPr="00892227">
        <w:rPr>
          <w:rFonts w:cstheme="majorHAnsi"/>
        </w:rPr>
        <w:t xml:space="preserve">If you have ticked any, please provide full details. </w:t>
      </w:r>
    </w:p>
    <w:p w14:paraId="5D78CAE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7E0DF941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792028E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61CEDEB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5844065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44B470A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59538FB6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75BD246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742AD48A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257E0D1E" w14:textId="6E7A4E1F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5E49C89F" w14:textId="7529E50A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 xml:space="preserve"> Section </w:t>
      </w:r>
      <w:r w:rsidR="00055CA2" w:rsidRPr="00892227">
        <w:rPr>
          <w:rFonts w:cstheme="majorHAnsi"/>
          <w:b/>
          <w:bCs/>
          <w:u w:val="single"/>
        </w:rPr>
        <w:t xml:space="preserve">5: </w:t>
      </w:r>
      <w:r w:rsidRPr="00892227">
        <w:rPr>
          <w:rFonts w:cstheme="majorHAnsi"/>
          <w:b/>
          <w:bCs/>
          <w:u w:val="single"/>
        </w:rPr>
        <w:t xml:space="preserve">Insurance Details:  </w:t>
      </w:r>
    </w:p>
    <w:p w14:paraId="4FA27751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All subcontractors must hold appropriate insurances relevant to the work they undertake.  </w:t>
      </w:r>
    </w:p>
    <w:p w14:paraId="59EFE879" w14:textId="1F86B98A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Please complete the table below and attach copies of all insurance certificates  </w:t>
      </w:r>
    </w:p>
    <w:p w14:paraId="2BCF9046" w14:textId="77777777" w:rsidR="00055CA2" w:rsidRPr="00892227" w:rsidRDefault="00055CA2">
      <w:pPr>
        <w:rPr>
          <w:rFonts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0"/>
        <w:gridCol w:w="1533"/>
        <w:gridCol w:w="1641"/>
        <w:gridCol w:w="1646"/>
        <w:gridCol w:w="1370"/>
      </w:tblGrid>
      <w:tr w:rsidR="00055CA2" w:rsidRPr="00892227" w14:paraId="6F85469E" w14:textId="77777777" w:rsidTr="00055CA2">
        <w:tc>
          <w:tcPr>
            <w:tcW w:w="2518" w:type="dxa"/>
          </w:tcPr>
          <w:p w14:paraId="4D7F6C1E" w14:textId="469C11F7" w:rsidR="00055CA2" w:rsidRPr="00892227" w:rsidRDefault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Type of Insurance</w:t>
            </w:r>
          </w:p>
        </w:tc>
        <w:tc>
          <w:tcPr>
            <w:tcW w:w="1559" w:type="dxa"/>
          </w:tcPr>
          <w:p w14:paraId="2C63A141" w14:textId="76C034BD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cstheme="majorHAnsi"/>
              </w:rPr>
              <w:t>Indemnity Cover</w:t>
            </w:r>
          </w:p>
        </w:tc>
        <w:tc>
          <w:tcPr>
            <w:tcW w:w="1701" w:type="dxa"/>
          </w:tcPr>
          <w:p w14:paraId="052DF2BD" w14:textId="6F9CD38F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cstheme="majorHAnsi"/>
              </w:rPr>
              <w:t>Expiry Date</w:t>
            </w:r>
          </w:p>
        </w:tc>
        <w:tc>
          <w:tcPr>
            <w:tcW w:w="1701" w:type="dxa"/>
          </w:tcPr>
          <w:p w14:paraId="4EC5F202" w14:textId="1D4DE219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cstheme="majorHAnsi"/>
              </w:rPr>
              <w:t>Insurer</w:t>
            </w:r>
          </w:p>
        </w:tc>
        <w:tc>
          <w:tcPr>
            <w:tcW w:w="1377" w:type="dxa"/>
          </w:tcPr>
          <w:p w14:paraId="1AE21D28" w14:textId="446DF117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cstheme="majorHAnsi"/>
              </w:rPr>
              <w:t>Certificates Attached?</w:t>
            </w:r>
          </w:p>
        </w:tc>
      </w:tr>
      <w:tr w:rsidR="00055CA2" w:rsidRPr="00892227" w14:paraId="1C029AC1" w14:textId="77777777" w:rsidTr="00055CA2">
        <w:tc>
          <w:tcPr>
            <w:tcW w:w="2518" w:type="dxa"/>
          </w:tcPr>
          <w:p w14:paraId="66F3195A" w14:textId="2BB6C069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Public Liability</w:t>
            </w:r>
          </w:p>
        </w:tc>
        <w:tc>
          <w:tcPr>
            <w:tcW w:w="1559" w:type="dxa"/>
          </w:tcPr>
          <w:p w14:paraId="0871E6F3" w14:textId="77777777" w:rsidR="00055CA2" w:rsidRPr="00892227" w:rsidRDefault="00055CA2" w:rsidP="00055CA2">
            <w:pPr>
              <w:jc w:val="center"/>
              <w:rPr>
                <w:rFonts w:cstheme="majorHAnsi"/>
              </w:rPr>
            </w:pPr>
          </w:p>
          <w:p w14:paraId="17207893" w14:textId="77777777" w:rsidR="00055CA2" w:rsidRPr="00892227" w:rsidRDefault="00055CA2" w:rsidP="00055CA2">
            <w:pPr>
              <w:jc w:val="center"/>
              <w:rPr>
                <w:rFonts w:cstheme="majorHAnsi"/>
              </w:rPr>
            </w:pPr>
          </w:p>
        </w:tc>
        <w:tc>
          <w:tcPr>
            <w:tcW w:w="1701" w:type="dxa"/>
          </w:tcPr>
          <w:p w14:paraId="53BE61F0" w14:textId="77777777" w:rsidR="00055CA2" w:rsidRPr="00892227" w:rsidRDefault="00055CA2" w:rsidP="00055CA2">
            <w:pPr>
              <w:jc w:val="center"/>
              <w:rPr>
                <w:rFonts w:cstheme="majorHAnsi"/>
              </w:rPr>
            </w:pPr>
          </w:p>
        </w:tc>
        <w:tc>
          <w:tcPr>
            <w:tcW w:w="1701" w:type="dxa"/>
          </w:tcPr>
          <w:p w14:paraId="49C0196A" w14:textId="77777777" w:rsidR="00055CA2" w:rsidRPr="00892227" w:rsidRDefault="00055CA2" w:rsidP="00055CA2">
            <w:pPr>
              <w:jc w:val="center"/>
              <w:rPr>
                <w:rFonts w:cstheme="majorHAnsi"/>
              </w:rPr>
            </w:pPr>
          </w:p>
        </w:tc>
        <w:tc>
          <w:tcPr>
            <w:tcW w:w="1377" w:type="dxa"/>
          </w:tcPr>
          <w:p w14:paraId="699BE08E" w14:textId="0DDA0447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0C43CFF9" w14:textId="77777777" w:rsidTr="00055CA2">
        <w:tc>
          <w:tcPr>
            <w:tcW w:w="2518" w:type="dxa"/>
          </w:tcPr>
          <w:p w14:paraId="2AF7988F" w14:textId="7C383CC3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Product Liability</w:t>
            </w:r>
          </w:p>
        </w:tc>
        <w:tc>
          <w:tcPr>
            <w:tcW w:w="1559" w:type="dxa"/>
          </w:tcPr>
          <w:p w14:paraId="1634F7B0" w14:textId="77777777" w:rsidR="00055CA2" w:rsidRPr="00892227" w:rsidRDefault="00055CA2" w:rsidP="00055CA2">
            <w:pPr>
              <w:rPr>
                <w:rFonts w:cstheme="majorHAnsi"/>
              </w:rPr>
            </w:pPr>
          </w:p>
          <w:p w14:paraId="77A4737F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7AEFCF43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5CEF2E68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5ED4295D" w14:textId="7FE2D59B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08831A9C" w14:textId="77777777" w:rsidTr="00055CA2">
        <w:tc>
          <w:tcPr>
            <w:tcW w:w="2518" w:type="dxa"/>
          </w:tcPr>
          <w:p w14:paraId="208E2840" w14:textId="486C2B01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Employers Liability</w:t>
            </w:r>
          </w:p>
        </w:tc>
        <w:tc>
          <w:tcPr>
            <w:tcW w:w="1559" w:type="dxa"/>
          </w:tcPr>
          <w:p w14:paraId="19FA3432" w14:textId="77777777" w:rsidR="00055CA2" w:rsidRPr="00892227" w:rsidRDefault="00055CA2" w:rsidP="00055CA2">
            <w:pPr>
              <w:rPr>
                <w:rFonts w:cstheme="majorHAnsi"/>
              </w:rPr>
            </w:pPr>
          </w:p>
          <w:p w14:paraId="08AAD9D9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1D740EF5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086E9E88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16C46C80" w14:textId="3C2995E4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31384EB6" w14:textId="77777777" w:rsidTr="00055CA2">
        <w:tc>
          <w:tcPr>
            <w:tcW w:w="2518" w:type="dxa"/>
          </w:tcPr>
          <w:p w14:paraId="28A07750" w14:textId="0C654741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Professional Indemnity</w:t>
            </w:r>
          </w:p>
        </w:tc>
        <w:tc>
          <w:tcPr>
            <w:tcW w:w="1559" w:type="dxa"/>
          </w:tcPr>
          <w:p w14:paraId="5EC55624" w14:textId="77777777" w:rsidR="00055CA2" w:rsidRPr="00892227" w:rsidRDefault="00055CA2" w:rsidP="00055CA2">
            <w:pPr>
              <w:rPr>
                <w:rFonts w:cstheme="majorHAnsi"/>
              </w:rPr>
            </w:pPr>
          </w:p>
          <w:p w14:paraId="2F0E0B16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48CC085C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56698232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28B48AA9" w14:textId="22682BF7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574E4419" w14:textId="77777777" w:rsidTr="00055CA2">
        <w:tc>
          <w:tcPr>
            <w:tcW w:w="2518" w:type="dxa"/>
          </w:tcPr>
          <w:p w14:paraId="5830635F" w14:textId="5C69083D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Contractors all risk</w:t>
            </w:r>
          </w:p>
        </w:tc>
        <w:tc>
          <w:tcPr>
            <w:tcW w:w="1559" w:type="dxa"/>
          </w:tcPr>
          <w:p w14:paraId="699B533B" w14:textId="77777777" w:rsidR="00055CA2" w:rsidRPr="00892227" w:rsidRDefault="00055CA2" w:rsidP="00055CA2">
            <w:pPr>
              <w:rPr>
                <w:rFonts w:cstheme="majorHAnsi"/>
              </w:rPr>
            </w:pPr>
          </w:p>
          <w:p w14:paraId="536129BF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518B765A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6E483F19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64A98B34" w14:textId="116B57EF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7903BEEE" w14:textId="77777777" w:rsidR="00055CA2" w:rsidRPr="00892227" w:rsidRDefault="00055CA2">
      <w:pPr>
        <w:rPr>
          <w:rFonts w:cstheme="majorHAnsi"/>
        </w:rPr>
      </w:pPr>
    </w:p>
    <w:p w14:paraId="4FD3578C" w14:textId="06D4EADC" w:rsidR="00101715" w:rsidRPr="00892227" w:rsidRDefault="00101715">
      <w:pPr>
        <w:rPr>
          <w:rFonts w:cstheme="majorHAnsi"/>
        </w:rPr>
      </w:pPr>
    </w:p>
    <w:p w14:paraId="79D27551" w14:textId="06493068" w:rsidR="00101715" w:rsidRPr="00892227" w:rsidRDefault="00000000">
      <w:pPr>
        <w:rPr>
          <w:rFonts w:cstheme="majorHAnsi"/>
          <w:b/>
          <w:bCs/>
        </w:rPr>
      </w:pPr>
      <w:r w:rsidRPr="00892227">
        <w:rPr>
          <w:rFonts w:cstheme="majorHAnsi"/>
          <w:b/>
          <w:bCs/>
        </w:rPr>
        <w:t>Outstanding Claims / Litigation</w:t>
      </w:r>
      <w:r w:rsidR="00055CA2" w:rsidRPr="00892227">
        <w:rPr>
          <w:rFonts w:cstheme="majorHAnsi"/>
          <w:b/>
          <w:bCs/>
        </w:rPr>
        <w:t xml:space="preserve">: </w:t>
      </w:r>
    </w:p>
    <w:p w14:paraId="19EB8E01" w14:textId="332A8786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>1. Are there any outstanding or past 5 -</w:t>
      </w:r>
      <w:r w:rsidR="004B5383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 xml:space="preserve">year insurance claims, litigation, or material legal actions against your company?  </w:t>
      </w:r>
    </w:p>
    <w:p w14:paraId="7CB36D4A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Yes  </w:t>
      </w:r>
    </w:p>
    <w:p w14:paraId="0A74A12E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No </w:t>
      </w:r>
    </w:p>
    <w:p w14:paraId="37580767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4720BBE8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If Yes, please provide details below:  </w:t>
      </w:r>
    </w:p>
    <w:p w14:paraId="4DD583A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1329803B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65BD8624" w14:textId="77777777" w:rsidR="00055CA2" w:rsidRPr="00892227" w:rsidRDefault="00055CA2">
      <w:pPr>
        <w:rPr>
          <w:rFonts w:cstheme="majorHAnsi"/>
        </w:rPr>
      </w:pPr>
    </w:p>
    <w:p w14:paraId="6E33BFDE" w14:textId="77777777" w:rsidR="00055CA2" w:rsidRPr="00892227" w:rsidRDefault="00055CA2">
      <w:pPr>
        <w:rPr>
          <w:rFonts w:cstheme="majorHAnsi"/>
        </w:rPr>
      </w:pPr>
    </w:p>
    <w:p w14:paraId="12F1FC61" w14:textId="77777777" w:rsidR="00055CA2" w:rsidRPr="00892227" w:rsidRDefault="00055CA2">
      <w:pPr>
        <w:rPr>
          <w:rFonts w:cstheme="majorHAnsi"/>
        </w:rPr>
      </w:pPr>
    </w:p>
    <w:p w14:paraId="7E20C2C6" w14:textId="77777777" w:rsidR="00B11325" w:rsidRPr="00892227" w:rsidRDefault="00B11325">
      <w:pPr>
        <w:rPr>
          <w:rFonts w:cstheme="majorHAnsi"/>
        </w:rPr>
      </w:pPr>
    </w:p>
    <w:p w14:paraId="0AD1BCB7" w14:textId="77777777" w:rsidR="00055CA2" w:rsidRPr="00892227" w:rsidRDefault="00055CA2">
      <w:pPr>
        <w:rPr>
          <w:rFonts w:cstheme="majorHAnsi"/>
        </w:rPr>
      </w:pPr>
    </w:p>
    <w:p w14:paraId="3A291EFE" w14:textId="60B6B42D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 xml:space="preserve">Insurance Notes, </w:t>
      </w:r>
      <w:r w:rsidR="00055CA2" w:rsidRPr="00892227">
        <w:rPr>
          <w:rFonts w:cstheme="majorHAnsi"/>
          <w:b/>
          <w:bCs/>
          <w:u w:val="single"/>
        </w:rPr>
        <w:t>p</w:t>
      </w:r>
      <w:r w:rsidRPr="00892227">
        <w:rPr>
          <w:rFonts w:cstheme="majorHAnsi"/>
          <w:b/>
          <w:bCs/>
          <w:u w:val="single"/>
        </w:rPr>
        <w:t>lease confirm the following</w:t>
      </w:r>
      <w:r w:rsidR="00892227">
        <w:rPr>
          <w:rFonts w:cstheme="majorHAnsi"/>
          <w:b/>
          <w:bCs/>
          <w:u w:val="single"/>
        </w:rPr>
        <w:t>:</w:t>
      </w:r>
      <w:r w:rsidRPr="00892227">
        <w:rPr>
          <w:rFonts w:cstheme="majorHAnsi"/>
          <w:b/>
          <w:bCs/>
          <w:u w:val="single"/>
        </w:rPr>
        <w:t xml:space="preserve"> </w:t>
      </w:r>
    </w:p>
    <w:p w14:paraId="5696BBA8" w14:textId="4AFA1AD5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All employees, </w:t>
      </w:r>
      <w:r w:rsidR="00B73737" w:rsidRPr="00892227">
        <w:rPr>
          <w:rFonts w:cstheme="majorHAnsi"/>
        </w:rPr>
        <w:t>labor</w:t>
      </w:r>
      <w:r w:rsidRPr="00892227">
        <w:rPr>
          <w:rFonts w:cstheme="majorHAnsi"/>
        </w:rPr>
        <w:t xml:space="preserve">-only subcontractors, and operatives are covered under your Employers Liability Insurance:  </w:t>
      </w:r>
    </w:p>
    <w:p w14:paraId="6FA9FD83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Yes  </w:t>
      </w:r>
    </w:p>
    <w:p w14:paraId="37CA35A3" w14:textId="569A79D1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No  </w:t>
      </w:r>
    </w:p>
    <w:p w14:paraId="63789264" w14:textId="632E14B2" w:rsidR="00101715" w:rsidRPr="00892227" w:rsidRDefault="004B5383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N/A (Sole trader with no employees)  </w:t>
      </w:r>
    </w:p>
    <w:p w14:paraId="5994D81E" w14:textId="77777777" w:rsidR="004B5383" w:rsidRPr="00892227" w:rsidRDefault="004B5383">
      <w:pPr>
        <w:rPr>
          <w:rFonts w:cstheme="majorHAnsi"/>
        </w:rPr>
      </w:pPr>
    </w:p>
    <w:p w14:paraId="239500EA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Your insurance meets or exceeds statutory minimum requirements:  </w:t>
      </w:r>
    </w:p>
    <w:p w14:paraId="2650CAC8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Yes   </w:t>
      </w:r>
    </w:p>
    <w:p w14:paraId="04800FDC" w14:textId="7B2D6B0B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No </w:t>
      </w:r>
    </w:p>
    <w:p w14:paraId="3FED1D0D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0680430F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019946EF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09E4E87C" w14:textId="77777777" w:rsidR="00B73737" w:rsidRPr="00892227" w:rsidRDefault="00B73737">
      <w:pPr>
        <w:rPr>
          <w:rFonts w:cstheme="majorHAnsi"/>
        </w:rPr>
      </w:pPr>
    </w:p>
    <w:p w14:paraId="759ABD13" w14:textId="77777777" w:rsidR="00B73737" w:rsidRPr="00892227" w:rsidRDefault="00B73737">
      <w:pPr>
        <w:rPr>
          <w:rFonts w:cstheme="majorHAnsi"/>
        </w:rPr>
      </w:pPr>
    </w:p>
    <w:p w14:paraId="5E9D73BF" w14:textId="77777777" w:rsidR="00B73737" w:rsidRPr="00892227" w:rsidRDefault="00B73737">
      <w:pPr>
        <w:rPr>
          <w:rFonts w:cstheme="majorHAnsi"/>
        </w:rPr>
      </w:pPr>
    </w:p>
    <w:p w14:paraId="7903FBD0" w14:textId="77777777" w:rsidR="00B73737" w:rsidRPr="00892227" w:rsidRDefault="00B73737">
      <w:pPr>
        <w:rPr>
          <w:rFonts w:cstheme="majorHAnsi"/>
        </w:rPr>
      </w:pPr>
    </w:p>
    <w:p w14:paraId="400A19C4" w14:textId="77777777" w:rsidR="00B73737" w:rsidRPr="00892227" w:rsidRDefault="00B73737">
      <w:pPr>
        <w:rPr>
          <w:rFonts w:cstheme="majorHAnsi"/>
        </w:rPr>
      </w:pPr>
    </w:p>
    <w:p w14:paraId="2140AD8A" w14:textId="77777777" w:rsidR="00B73737" w:rsidRPr="00892227" w:rsidRDefault="00B73737">
      <w:pPr>
        <w:rPr>
          <w:rFonts w:cstheme="majorHAnsi"/>
        </w:rPr>
      </w:pPr>
    </w:p>
    <w:p w14:paraId="5E3BAA04" w14:textId="77777777" w:rsidR="00B73737" w:rsidRPr="00892227" w:rsidRDefault="00B73737">
      <w:pPr>
        <w:rPr>
          <w:rFonts w:cstheme="majorHAnsi"/>
        </w:rPr>
      </w:pPr>
    </w:p>
    <w:p w14:paraId="50838C18" w14:textId="77777777" w:rsidR="00B73737" w:rsidRPr="00892227" w:rsidRDefault="00B73737">
      <w:pPr>
        <w:rPr>
          <w:rFonts w:cstheme="majorHAnsi"/>
        </w:rPr>
      </w:pPr>
    </w:p>
    <w:p w14:paraId="2C02A63C" w14:textId="77777777" w:rsidR="00B73737" w:rsidRPr="00892227" w:rsidRDefault="00B73737">
      <w:pPr>
        <w:rPr>
          <w:rFonts w:cstheme="majorHAnsi"/>
        </w:rPr>
      </w:pPr>
    </w:p>
    <w:p w14:paraId="080EC487" w14:textId="77777777" w:rsidR="00B73737" w:rsidRPr="00892227" w:rsidRDefault="00B73737">
      <w:pPr>
        <w:rPr>
          <w:rFonts w:cstheme="majorHAnsi"/>
        </w:rPr>
      </w:pPr>
    </w:p>
    <w:p w14:paraId="4E0DAD21" w14:textId="77777777" w:rsidR="00B73737" w:rsidRPr="00892227" w:rsidRDefault="00B73737">
      <w:pPr>
        <w:rPr>
          <w:rFonts w:cstheme="majorHAnsi"/>
        </w:rPr>
      </w:pPr>
    </w:p>
    <w:p w14:paraId="08947231" w14:textId="77777777" w:rsidR="00B73737" w:rsidRPr="00892227" w:rsidRDefault="00B73737">
      <w:pPr>
        <w:rPr>
          <w:rFonts w:cstheme="majorHAnsi"/>
        </w:rPr>
      </w:pPr>
    </w:p>
    <w:p w14:paraId="4EFAE7FB" w14:textId="77777777" w:rsidR="00B73737" w:rsidRPr="00892227" w:rsidRDefault="00B73737">
      <w:pPr>
        <w:rPr>
          <w:rFonts w:cstheme="majorHAnsi"/>
        </w:rPr>
      </w:pPr>
    </w:p>
    <w:p w14:paraId="7042DFF1" w14:textId="4E691883" w:rsidR="00101715" w:rsidRPr="00892227" w:rsidRDefault="00055CA2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>Section 6: Experience &amp; Trade Capability</w:t>
      </w:r>
    </w:p>
    <w:p w14:paraId="526B3C87" w14:textId="77777777" w:rsidR="00C17823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This section helps assess your technical ability, relevant experience, and capacity to carry out subcontract works.  </w:t>
      </w:r>
    </w:p>
    <w:p w14:paraId="7FEE29A3" w14:textId="76FDEBF8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Trades / Disciplines Undertaken: Please tick all trades relevant to you or your company: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3"/>
        <w:gridCol w:w="4297"/>
      </w:tblGrid>
      <w:tr w:rsidR="00055CA2" w:rsidRPr="00892227" w14:paraId="47AF10A6" w14:textId="77777777" w:rsidTr="00055CA2">
        <w:tc>
          <w:tcPr>
            <w:tcW w:w="4428" w:type="dxa"/>
          </w:tcPr>
          <w:p w14:paraId="1CA4F527" w14:textId="3910B9C2" w:rsidR="00055CA2" w:rsidRPr="00892227" w:rsidRDefault="00055CA2" w:rsidP="00055CA2">
            <w:pPr>
              <w:rPr>
                <w:rFonts w:cstheme="majorHAnsi"/>
                <w:b/>
                <w:bCs/>
              </w:rPr>
            </w:pPr>
            <w:r w:rsidRPr="00892227">
              <w:rPr>
                <w:rFonts w:cstheme="majorHAnsi"/>
                <w:b/>
                <w:bCs/>
              </w:rPr>
              <w:t xml:space="preserve">General </w:t>
            </w:r>
          </w:p>
        </w:tc>
        <w:tc>
          <w:tcPr>
            <w:tcW w:w="4428" w:type="dxa"/>
          </w:tcPr>
          <w:p w14:paraId="7F5DAC7C" w14:textId="0020B4E2" w:rsidR="00055CA2" w:rsidRPr="00892227" w:rsidRDefault="00055CA2" w:rsidP="00055CA2">
            <w:pPr>
              <w:jc w:val="center"/>
              <w:rPr>
                <w:rFonts w:cstheme="majorHAnsi"/>
              </w:rPr>
            </w:pPr>
          </w:p>
        </w:tc>
      </w:tr>
      <w:tr w:rsidR="00055CA2" w:rsidRPr="00892227" w14:paraId="3A9674EF" w14:textId="77777777" w:rsidTr="00055CA2">
        <w:tc>
          <w:tcPr>
            <w:tcW w:w="4428" w:type="dxa"/>
          </w:tcPr>
          <w:p w14:paraId="4BE1FDD1" w14:textId="5E9E591E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General Building</w:t>
            </w:r>
          </w:p>
        </w:tc>
        <w:tc>
          <w:tcPr>
            <w:tcW w:w="4428" w:type="dxa"/>
          </w:tcPr>
          <w:p w14:paraId="37D32746" w14:textId="5B5FAA9A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0DB67A1F" w14:textId="77777777" w:rsidTr="00055CA2">
        <w:tc>
          <w:tcPr>
            <w:tcW w:w="4428" w:type="dxa"/>
          </w:tcPr>
          <w:p w14:paraId="221E9709" w14:textId="01D152DC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Decorating / Finishing  </w:t>
            </w:r>
          </w:p>
        </w:tc>
        <w:tc>
          <w:tcPr>
            <w:tcW w:w="4428" w:type="dxa"/>
          </w:tcPr>
          <w:p w14:paraId="0A94E8DF" w14:textId="4751EB74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FEFF92A" w14:textId="77777777" w:rsidTr="00055CA2">
        <w:tc>
          <w:tcPr>
            <w:tcW w:w="4428" w:type="dxa"/>
          </w:tcPr>
          <w:p w14:paraId="2C77B933" w14:textId="65DEE867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Plastering / Rendering  </w:t>
            </w:r>
          </w:p>
        </w:tc>
        <w:tc>
          <w:tcPr>
            <w:tcW w:w="4428" w:type="dxa"/>
          </w:tcPr>
          <w:p w14:paraId="0808AD60" w14:textId="2CC28A7F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081642ED" w14:textId="77777777" w:rsidTr="00055CA2">
        <w:tc>
          <w:tcPr>
            <w:tcW w:w="4428" w:type="dxa"/>
          </w:tcPr>
          <w:p w14:paraId="4436B06D" w14:textId="4D28FB05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Tiling (ceramics)  </w:t>
            </w:r>
          </w:p>
        </w:tc>
        <w:tc>
          <w:tcPr>
            <w:tcW w:w="4428" w:type="dxa"/>
          </w:tcPr>
          <w:p w14:paraId="011B1C38" w14:textId="3E47FD4F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7BD41873" w14:textId="77777777" w:rsidTr="00055CA2">
        <w:tc>
          <w:tcPr>
            <w:tcW w:w="4428" w:type="dxa"/>
          </w:tcPr>
          <w:p w14:paraId="59122283" w14:textId="0D461DDB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Floor Finishes  </w:t>
            </w:r>
          </w:p>
        </w:tc>
        <w:tc>
          <w:tcPr>
            <w:tcW w:w="4428" w:type="dxa"/>
          </w:tcPr>
          <w:p w14:paraId="27C2EB92" w14:textId="6ACD8B00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17557104" w14:textId="77777777" w:rsidTr="00055CA2">
        <w:tc>
          <w:tcPr>
            <w:tcW w:w="4428" w:type="dxa"/>
          </w:tcPr>
          <w:p w14:paraId="12BB00DF" w14:textId="100A5297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Kitchen Fitting  </w:t>
            </w:r>
          </w:p>
        </w:tc>
        <w:tc>
          <w:tcPr>
            <w:tcW w:w="4428" w:type="dxa"/>
          </w:tcPr>
          <w:p w14:paraId="2B1D1FB0" w14:textId="6A5A6DE4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3A8BF3A7" w14:textId="77777777" w:rsidTr="00055CA2">
        <w:tc>
          <w:tcPr>
            <w:tcW w:w="4428" w:type="dxa"/>
          </w:tcPr>
          <w:p w14:paraId="43DD6445" w14:textId="1A6A5049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Bathroom Fitting  </w:t>
            </w:r>
          </w:p>
        </w:tc>
        <w:tc>
          <w:tcPr>
            <w:tcW w:w="4428" w:type="dxa"/>
          </w:tcPr>
          <w:p w14:paraId="1F5C7F4A" w14:textId="2A36BD70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54370F6E" w14:textId="77777777" w:rsidTr="00055CA2">
        <w:tc>
          <w:tcPr>
            <w:tcW w:w="4428" w:type="dxa"/>
          </w:tcPr>
          <w:p w14:paraId="260F293B" w14:textId="621371D2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Brick Laying  </w:t>
            </w:r>
          </w:p>
        </w:tc>
        <w:tc>
          <w:tcPr>
            <w:tcW w:w="4428" w:type="dxa"/>
          </w:tcPr>
          <w:p w14:paraId="2EAD94ED" w14:textId="110E43F6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193CD9C" w14:textId="77777777" w:rsidTr="00055CA2">
        <w:tc>
          <w:tcPr>
            <w:tcW w:w="4428" w:type="dxa"/>
          </w:tcPr>
          <w:p w14:paraId="63D4D879" w14:textId="1F02722A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Groundworks  </w:t>
            </w:r>
          </w:p>
        </w:tc>
        <w:tc>
          <w:tcPr>
            <w:tcW w:w="4428" w:type="dxa"/>
          </w:tcPr>
          <w:p w14:paraId="7781973C" w14:textId="190FDCB6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05886682" w14:textId="77777777" w:rsidTr="00055CA2">
        <w:tc>
          <w:tcPr>
            <w:tcW w:w="4428" w:type="dxa"/>
          </w:tcPr>
          <w:p w14:paraId="0A2608D1" w14:textId="3BE265D0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Carpentry First Fix  (inc roofing)  </w:t>
            </w:r>
          </w:p>
        </w:tc>
        <w:tc>
          <w:tcPr>
            <w:tcW w:w="4428" w:type="dxa"/>
          </w:tcPr>
          <w:p w14:paraId="702CE635" w14:textId="1092EA9E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66E4B97E" w14:textId="77777777" w:rsidTr="00055CA2">
        <w:tc>
          <w:tcPr>
            <w:tcW w:w="4428" w:type="dxa"/>
          </w:tcPr>
          <w:p w14:paraId="21511D3E" w14:textId="7768AB02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Carpentry Second Fix  </w:t>
            </w:r>
          </w:p>
        </w:tc>
        <w:tc>
          <w:tcPr>
            <w:tcW w:w="4428" w:type="dxa"/>
          </w:tcPr>
          <w:p w14:paraId="3FDB9B61" w14:textId="6F3F6139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2E80F799" w14:textId="77777777" w:rsidTr="00055CA2">
        <w:tc>
          <w:tcPr>
            <w:tcW w:w="4428" w:type="dxa"/>
          </w:tcPr>
          <w:p w14:paraId="738F43AB" w14:textId="057572C0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Weathering (pitched)  </w:t>
            </w:r>
          </w:p>
        </w:tc>
        <w:tc>
          <w:tcPr>
            <w:tcW w:w="4428" w:type="dxa"/>
          </w:tcPr>
          <w:p w14:paraId="5A23E7D0" w14:textId="6D81BFE4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7EEFF938" w14:textId="77777777" w:rsidTr="00055CA2">
        <w:tc>
          <w:tcPr>
            <w:tcW w:w="4428" w:type="dxa"/>
          </w:tcPr>
          <w:p w14:paraId="17FE3296" w14:textId="05BFEF5E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Weathering (flat)  </w:t>
            </w:r>
          </w:p>
        </w:tc>
        <w:tc>
          <w:tcPr>
            <w:tcW w:w="4428" w:type="dxa"/>
          </w:tcPr>
          <w:p w14:paraId="0DE7568C" w14:textId="25AB7528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07E4C53C" w14:textId="77777777" w:rsidTr="00055CA2">
        <w:tc>
          <w:tcPr>
            <w:tcW w:w="4428" w:type="dxa"/>
          </w:tcPr>
          <w:p w14:paraId="5214F0E8" w14:textId="2F4EA4CB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Leadworks  </w:t>
            </w:r>
          </w:p>
        </w:tc>
        <w:tc>
          <w:tcPr>
            <w:tcW w:w="4428" w:type="dxa"/>
          </w:tcPr>
          <w:p w14:paraId="086AE521" w14:textId="3DBA4597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2F9B7D3A" w14:textId="77777777" w:rsidTr="00055CA2">
        <w:tc>
          <w:tcPr>
            <w:tcW w:w="4428" w:type="dxa"/>
          </w:tcPr>
          <w:p w14:paraId="6BBE250B" w14:textId="7714C9B3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Drainage  </w:t>
            </w:r>
          </w:p>
        </w:tc>
        <w:tc>
          <w:tcPr>
            <w:tcW w:w="4428" w:type="dxa"/>
          </w:tcPr>
          <w:p w14:paraId="78A0103A" w14:textId="2E0C8554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31166C4E" w14:textId="77777777" w:rsidTr="00055CA2">
        <w:tc>
          <w:tcPr>
            <w:tcW w:w="4428" w:type="dxa"/>
          </w:tcPr>
          <w:p w14:paraId="408EEE03" w14:textId="738ABC94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Glazing / Window Fitting  </w:t>
            </w:r>
          </w:p>
        </w:tc>
        <w:tc>
          <w:tcPr>
            <w:tcW w:w="4428" w:type="dxa"/>
          </w:tcPr>
          <w:p w14:paraId="464DC8A0" w14:textId="3163A854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65210AAC" w14:textId="77777777" w:rsidTr="00055CA2">
        <w:tc>
          <w:tcPr>
            <w:tcW w:w="4428" w:type="dxa"/>
          </w:tcPr>
          <w:p w14:paraId="279E09CC" w14:textId="2C7170D4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Landscaping / Gardening  </w:t>
            </w:r>
          </w:p>
        </w:tc>
        <w:tc>
          <w:tcPr>
            <w:tcW w:w="4428" w:type="dxa"/>
          </w:tcPr>
          <w:p w14:paraId="74EA8C9B" w14:textId="573D7CED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EA13F61" w14:textId="77777777" w:rsidTr="00055CA2">
        <w:tc>
          <w:tcPr>
            <w:tcW w:w="4428" w:type="dxa"/>
          </w:tcPr>
          <w:p w14:paraId="30057914" w14:textId="1702409F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Pest Control  </w:t>
            </w:r>
          </w:p>
        </w:tc>
        <w:tc>
          <w:tcPr>
            <w:tcW w:w="4428" w:type="dxa"/>
          </w:tcPr>
          <w:p w14:paraId="5D02C736" w14:textId="6CEE64D7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CD47174" w14:textId="77777777" w:rsidTr="00055CA2">
        <w:tc>
          <w:tcPr>
            <w:tcW w:w="4428" w:type="dxa"/>
          </w:tcPr>
          <w:p w14:paraId="4DC0607B" w14:textId="0782AC78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Security  </w:t>
            </w:r>
          </w:p>
        </w:tc>
        <w:tc>
          <w:tcPr>
            <w:tcW w:w="4428" w:type="dxa"/>
          </w:tcPr>
          <w:p w14:paraId="684226B9" w14:textId="109F76A8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7EB0B924" w14:textId="77777777" w:rsidTr="00055CA2">
        <w:tc>
          <w:tcPr>
            <w:tcW w:w="4428" w:type="dxa"/>
          </w:tcPr>
          <w:p w14:paraId="097EED78" w14:textId="3B1F3602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Access Control  </w:t>
            </w:r>
          </w:p>
        </w:tc>
        <w:tc>
          <w:tcPr>
            <w:tcW w:w="4428" w:type="dxa"/>
          </w:tcPr>
          <w:p w14:paraId="6568C093" w14:textId="5097C9BF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3357BB8A" w14:textId="77777777" w:rsidTr="00055CA2">
        <w:tc>
          <w:tcPr>
            <w:tcW w:w="4428" w:type="dxa"/>
          </w:tcPr>
          <w:p w14:paraId="181EE739" w14:textId="3767D055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Fire Passive Works (Fire Stopping)  </w:t>
            </w:r>
          </w:p>
        </w:tc>
        <w:tc>
          <w:tcPr>
            <w:tcW w:w="4428" w:type="dxa"/>
          </w:tcPr>
          <w:p w14:paraId="74992CC7" w14:textId="6A237F7F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88FB63C" w14:textId="77777777" w:rsidTr="00055CA2">
        <w:tc>
          <w:tcPr>
            <w:tcW w:w="4428" w:type="dxa"/>
          </w:tcPr>
          <w:p w14:paraId="5FD2081E" w14:textId="24B00C0C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If other trades apply, specify:  </w:t>
            </w:r>
          </w:p>
        </w:tc>
        <w:tc>
          <w:tcPr>
            <w:tcW w:w="4428" w:type="dxa"/>
          </w:tcPr>
          <w:p w14:paraId="178E48E8" w14:textId="6EDF268B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5C54FC5C" w14:textId="77777777" w:rsidTr="00055CA2">
        <w:tc>
          <w:tcPr>
            <w:tcW w:w="4428" w:type="dxa"/>
          </w:tcPr>
          <w:p w14:paraId="27F50902" w14:textId="10CAE08F" w:rsidR="00055CA2" w:rsidRPr="00892227" w:rsidRDefault="00055CA2" w:rsidP="00055CA2">
            <w:pPr>
              <w:rPr>
                <w:rFonts w:cstheme="majorHAnsi"/>
                <w:b/>
                <w:bCs/>
              </w:rPr>
            </w:pPr>
            <w:r w:rsidRPr="00892227">
              <w:rPr>
                <w:rFonts w:cstheme="majorHAnsi"/>
                <w:b/>
                <w:bCs/>
              </w:rPr>
              <w:t xml:space="preserve">Mechanical , Electrical  &amp; Gas:  </w:t>
            </w:r>
          </w:p>
        </w:tc>
        <w:tc>
          <w:tcPr>
            <w:tcW w:w="4428" w:type="dxa"/>
          </w:tcPr>
          <w:p w14:paraId="7E674F2A" w14:textId="6B51F8C6" w:rsidR="00055CA2" w:rsidRPr="00892227" w:rsidRDefault="00055CA2" w:rsidP="00055CA2">
            <w:pPr>
              <w:jc w:val="center"/>
              <w:rPr>
                <w:rFonts w:cstheme="majorHAnsi"/>
              </w:rPr>
            </w:pPr>
          </w:p>
        </w:tc>
      </w:tr>
      <w:tr w:rsidR="00055CA2" w:rsidRPr="00892227" w14:paraId="0900935E" w14:textId="77777777" w:rsidTr="00055CA2">
        <w:tc>
          <w:tcPr>
            <w:tcW w:w="4428" w:type="dxa"/>
          </w:tcPr>
          <w:p w14:paraId="1BFB5D92" w14:textId="52158A44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Electrical  </w:t>
            </w:r>
          </w:p>
        </w:tc>
        <w:tc>
          <w:tcPr>
            <w:tcW w:w="4428" w:type="dxa"/>
          </w:tcPr>
          <w:p w14:paraId="1541665C" w14:textId="1D5B562F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7F42AC79" w14:textId="77777777" w:rsidTr="00055CA2">
        <w:tc>
          <w:tcPr>
            <w:tcW w:w="4428" w:type="dxa"/>
          </w:tcPr>
          <w:p w14:paraId="4B6E63F8" w14:textId="1F663503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Plumbing  </w:t>
            </w:r>
          </w:p>
        </w:tc>
        <w:tc>
          <w:tcPr>
            <w:tcW w:w="4428" w:type="dxa"/>
          </w:tcPr>
          <w:p w14:paraId="64FDFF94" w14:textId="5405FF53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4A7F685E" w14:textId="77777777" w:rsidTr="00055CA2">
        <w:tc>
          <w:tcPr>
            <w:tcW w:w="4428" w:type="dxa"/>
          </w:tcPr>
          <w:p w14:paraId="093AF2E5" w14:textId="2F0C738E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HVAC (Heating / Ventilation / Air Conditioning)  </w:t>
            </w:r>
          </w:p>
        </w:tc>
        <w:tc>
          <w:tcPr>
            <w:tcW w:w="4428" w:type="dxa"/>
          </w:tcPr>
          <w:p w14:paraId="358500E0" w14:textId="0520F11E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6FA03DF5" w14:textId="77777777" w:rsidTr="00055CA2">
        <w:tc>
          <w:tcPr>
            <w:tcW w:w="4428" w:type="dxa"/>
          </w:tcPr>
          <w:p w14:paraId="7F986639" w14:textId="0BB9E2A9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Fire Alarms / Emergency Lighting (Install &amp; Commission)  </w:t>
            </w:r>
          </w:p>
        </w:tc>
        <w:tc>
          <w:tcPr>
            <w:tcW w:w="4428" w:type="dxa"/>
          </w:tcPr>
          <w:p w14:paraId="1496935E" w14:textId="5BCEB6D5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1E1E46F2" w14:textId="77777777" w:rsidTr="00055CA2">
        <w:tc>
          <w:tcPr>
            <w:tcW w:w="4428" w:type="dxa"/>
          </w:tcPr>
          <w:p w14:paraId="6E2872C2" w14:textId="7539193A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Gas Installation  </w:t>
            </w:r>
          </w:p>
        </w:tc>
        <w:tc>
          <w:tcPr>
            <w:tcW w:w="4428" w:type="dxa"/>
          </w:tcPr>
          <w:p w14:paraId="20C76FF1" w14:textId="2448E64B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75367F12" w14:textId="77777777" w:rsidTr="00055CA2">
        <w:tc>
          <w:tcPr>
            <w:tcW w:w="4428" w:type="dxa"/>
          </w:tcPr>
          <w:p w14:paraId="7D5E2345" w14:textId="5C5C3EB1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Asbestos removal / work </w:t>
            </w:r>
          </w:p>
        </w:tc>
        <w:tc>
          <w:tcPr>
            <w:tcW w:w="4428" w:type="dxa"/>
          </w:tcPr>
          <w:p w14:paraId="1F7C0E1F" w14:textId="1BB787B7" w:rsidR="00055CA2" w:rsidRPr="00892227" w:rsidRDefault="00055CA2" w:rsidP="00055CA2">
            <w:pPr>
              <w:jc w:val="center"/>
              <w:rPr>
                <w:rFonts w:cstheme="majorHAnsi"/>
              </w:rPr>
            </w:pPr>
            <w:r w:rsidRPr="00892227">
              <w:rPr>
                <w:rFonts w:ascii="Segoe UI Symbol" w:hAnsi="Segoe UI Symbol" w:cs="Segoe UI Symbol"/>
              </w:rPr>
              <w:t>☐</w:t>
            </w:r>
          </w:p>
        </w:tc>
      </w:tr>
      <w:tr w:rsidR="00055CA2" w:rsidRPr="00892227" w14:paraId="6424C151" w14:textId="77777777" w:rsidTr="00055CA2">
        <w:tc>
          <w:tcPr>
            <w:tcW w:w="4428" w:type="dxa"/>
          </w:tcPr>
          <w:p w14:paraId="613A05E5" w14:textId="404B6BC9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Other (please specify) </w:t>
            </w:r>
          </w:p>
        </w:tc>
        <w:tc>
          <w:tcPr>
            <w:tcW w:w="4428" w:type="dxa"/>
          </w:tcPr>
          <w:p w14:paraId="0A0104E0" w14:textId="77777777" w:rsidR="00055CA2" w:rsidRPr="00892227" w:rsidRDefault="00055CA2" w:rsidP="00055CA2">
            <w:pPr>
              <w:jc w:val="center"/>
              <w:rPr>
                <w:rFonts w:cstheme="majorHAnsi"/>
              </w:rPr>
            </w:pPr>
          </w:p>
        </w:tc>
      </w:tr>
    </w:tbl>
    <w:p w14:paraId="04453A8D" w14:textId="77777777" w:rsidR="00055CA2" w:rsidRPr="00892227" w:rsidRDefault="00055CA2">
      <w:pPr>
        <w:rPr>
          <w:rFonts w:cstheme="majorHAnsi"/>
        </w:rPr>
      </w:pPr>
    </w:p>
    <w:p w14:paraId="581ED7FD" w14:textId="46A8F76F" w:rsidR="00B73737" w:rsidRPr="00892227" w:rsidRDefault="00B73737">
      <w:pPr>
        <w:rPr>
          <w:rFonts w:cstheme="majorHAnsi"/>
        </w:rPr>
      </w:pPr>
    </w:p>
    <w:p w14:paraId="56F9BAA5" w14:textId="77777777" w:rsidR="00B73737" w:rsidRPr="00892227" w:rsidRDefault="00B73737">
      <w:pPr>
        <w:rPr>
          <w:rFonts w:cstheme="majorHAnsi"/>
        </w:rPr>
      </w:pPr>
    </w:p>
    <w:p w14:paraId="4F775FCA" w14:textId="5A3CF42B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 xml:space="preserve">Company Trading History: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9652D0" w:rsidRPr="00892227" w14:paraId="1BE5E332" w14:textId="77777777" w:rsidTr="009652D0">
        <w:tc>
          <w:tcPr>
            <w:tcW w:w="4315" w:type="dxa"/>
          </w:tcPr>
          <w:p w14:paraId="5433E5FD" w14:textId="77777777" w:rsidR="009652D0" w:rsidRPr="00892227" w:rsidRDefault="009652D0" w:rsidP="009652D0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How long has the company been trading?  </w:t>
            </w:r>
          </w:p>
          <w:p w14:paraId="5055F926" w14:textId="77777777" w:rsidR="009652D0" w:rsidRPr="00892227" w:rsidRDefault="009652D0">
            <w:pPr>
              <w:rPr>
                <w:rFonts w:cstheme="majorHAnsi"/>
              </w:rPr>
            </w:pPr>
          </w:p>
          <w:p w14:paraId="46A7A84A" w14:textId="77777777" w:rsidR="009652D0" w:rsidRPr="00892227" w:rsidRDefault="009652D0">
            <w:pPr>
              <w:rPr>
                <w:rFonts w:cstheme="majorHAnsi"/>
              </w:rPr>
            </w:pPr>
          </w:p>
        </w:tc>
        <w:tc>
          <w:tcPr>
            <w:tcW w:w="4315" w:type="dxa"/>
          </w:tcPr>
          <w:p w14:paraId="28F00B15" w14:textId="77777777" w:rsidR="009652D0" w:rsidRPr="00892227" w:rsidRDefault="009652D0">
            <w:pPr>
              <w:rPr>
                <w:rFonts w:cstheme="majorHAnsi"/>
              </w:rPr>
            </w:pPr>
          </w:p>
        </w:tc>
      </w:tr>
    </w:tbl>
    <w:p w14:paraId="4724F728" w14:textId="25B567E0" w:rsidR="00101715" w:rsidRPr="00892227" w:rsidRDefault="00101715">
      <w:pPr>
        <w:rPr>
          <w:rFonts w:cstheme="majorHAnsi"/>
        </w:rPr>
      </w:pPr>
    </w:p>
    <w:p w14:paraId="702A8548" w14:textId="24796CAB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Relevant Experience:  </w:t>
      </w:r>
    </w:p>
    <w:p w14:paraId="2A480D80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Provide a summary of relevant experience, sectors worked in, or typical project types:  </w:t>
      </w:r>
    </w:p>
    <w:p w14:paraId="060BDFE5" w14:textId="77777777" w:rsidR="00055CA2" w:rsidRPr="00892227" w:rsidRDefault="00055CA2">
      <w:pPr>
        <w:rPr>
          <w:rFonts w:cstheme="majorHAnsi"/>
        </w:rPr>
      </w:pPr>
    </w:p>
    <w:p w14:paraId="58410E61" w14:textId="77777777" w:rsidR="00055CA2" w:rsidRPr="00892227" w:rsidRDefault="00055CA2">
      <w:pPr>
        <w:rPr>
          <w:rFonts w:cstheme="majorHAnsi"/>
        </w:rPr>
      </w:pPr>
    </w:p>
    <w:p w14:paraId="4C8E5E5D" w14:textId="77777777" w:rsidR="00055CA2" w:rsidRPr="00892227" w:rsidRDefault="00055CA2">
      <w:pPr>
        <w:rPr>
          <w:rFonts w:cstheme="majorHAnsi"/>
        </w:rPr>
      </w:pPr>
    </w:p>
    <w:p w14:paraId="4790170A" w14:textId="77777777" w:rsidR="00055CA2" w:rsidRPr="00892227" w:rsidRDefault="00055CA2">
      <w:pPr>
        <w:rPr>
          <w:rFonts w:cstheme="majorHAnsi"/>
        </w:rPr>
      </w:pPr>
    </w:p>
    <w:p w14:paraId="4807B5E4" w14:textId="77777777" w:rsidR="00055CA2" w:rsidRPr="00892227" w:rsidRDefault="00055CA2">
      <w:pPr>
        <w:rPr>
          <w:rFonts w:cstheme="majorHAnsi"/>
        </w:rPr>
      </w:pPr>
    </w:p>
    <w:p w14:paraId="4038FA84" w14:textId="77777777" w:rsidR="00055CA2" w:rsidRPr="00892227" w:rsidRDefault="00055CA2">
      <w:pPr>
        <w:rPr>
          <w:rFonts w:cstheme="majorHAnsi"/>
        </w:rPr>
      </w:pPr>
    </w:p>
    <w:p w14:paraId="293AA205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(Attach supporting case studies or examples if available)  </w:t>
      </w:r>
    </w:p>
    <w:p w14:paraId="49666E56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79A3AEE2" w14:textId="64EF7823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Contract Value Thresholds:  </w:t>
      </w:r>
    </w:p>
    <w:p w14:paraId="1779058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Please confirm the minimum and maximum values your company is willing to undertake:  </w:t>
      </w:r>
    </w:p>
    <w:p w14:paraId="18D67F7D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77E597A7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Minimum project value: £ __________________________  </w:t>
      </w:r>
    </w:p>
    <w:p w14:paraId="3DF7D92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Maximum project value: £ __________________________  </w:t>
      </w:r>
    </w:p>
    <w:p w14:paraId="685388C2" w14:textId="65AA252E" w:rsidR="00101715" w:rsidRPr="00892227" w:rsidRDefault="00000000" w:rsidP="009652D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  <w:r w:rsidR="009652D0" w:rsidRPr="00892227">
        <w:rPr>
          <w:rFonts w:cstheme="majorHAnsi"/>
        </w:rPr>
        <w:t xml:space="preserve">N/A </w:t>
      </w:r>
      <w:r w:rsidR="009652D0" w:rsidRPr="00892227">
        <w:rPr>
          <w:rFonts w:cstheme="majorHAnsi"/>
        </w:rPr>
        <w:tab/>
      </w:r>
      <w:r w:rsidR="009652D0" w:rsidRPr="00892227">
        <w:rPr>
          <w:rFonts w:cstheme="majorHAnsi"/>
        </w:rPr>
        <w:tab/>
      </w:r>
      <w:r w:rsidR="009652D0" w:rsidRPr="00892227">
        <w:rPr>
          <w:rFonts w:cstheme="majorHAnsi"/>
        </w:rPr>
        <w:tab/>
      </w:r>
      <w:r w:rsidR="009652D0" w:rsidRPr="00892227">
        <w:rPr>
          <w:rFonts w:ascii="Segoe UI Symbol" w:hAnsi="Segoe UI Symbol" w:cs="Segoe UI Symbol"/>
        </w:rPr>
        <w:t>☐</w:t>
      </w:r>
    </w:p>
    <w:p w14:paraId="2A043126" w14:textId="77777777" w:rsidR="009652D0" w:rsidRPr="00892227" w:rsidRDefault="009652D0">
      <w:pPr>
        <w:rPr>
          <w:rFonts w:cstheme="majorHAnsi"/>
          <w:b/>
          <w:bCs/>
          <w:u w:val="single"/>
        </w:rPr>
      </w:pPr>
    </w:p>
    <w:p w14:paraId="519A760D" w14:textId="77777777" w:rsidR="009652D0" w:rsidRPr="00892227" w:rsidRDefault="009652D0">
      <w:pPr>
        <w:rPr>
          <w:rFonts w:cstheme="majorHAnsi"/>
          <w:b/>
          <w:bCs/>
          <w:u w:val="single"/>
        </w:rPr>
      </w:pPr>
    </w:p>
    <w:p w14:paraId="4682AFBE" w14:textId="77777777" w:rsidR="009652D0" w:rsidRPr="00892227" w:rsidRDefault="009652D0">
      <w:pPr>
        <w:rPr>
          <w:rFonts w:cstheme="majorHAnsi"/>
          <w:b/>
          <w:bCs/>
          <w:u w:val="single"/>
        </w:rPr>
      </w:pPr>
    </w:p>
    <w:p w14:paraId="06A94440" w14:textId="77777777" w:rsidR="009652D0" w:rsidRPr="00892227" w:rsidRDefault="009652D0">
      <w:pPr>
        <w:rPr>
          <w:rFonts w:cstheme="majorHAnsi"/>
          <w:b/>
          <w:bCs/>
          <w:u w:val="single"/>
        </w:rPr>
      </w:pPr>
    </w:p>
    <w:p w14:paraId="3026EDEF" w14:textId="77777777" w:rsidR="009652D0" w:rsidRPr="00892227" w:rsidRDefault="009652D0">
      <w:pPr>
        <w:rPr>
          <w:rFonts w:cstheme="majorHAnsi"/>
          <w:b/>
          <w:bCs/>
          <w:u w:val="single"/>
        </w:rPr>
      </w:pPr>
    </w:p>
    <w:p w14:paraId="0F4F13D6" w14:textId="77777777" w:rsidR="009652D0" w:rsidRPr="00892227" w:rsidRDefault="009652D0">
      <w:pPr>
        <w:rPr>
          <w:rFonts w:cstheme="majorHAnsi"/>
          <w:b/>
          <w:bCs/>
          <w:u w:val="single"/>
        </w:rPr>
      </w:pPr>
    </w:p>
    <w:p w14:paraId="67B26C84" w14:textId="6082A70A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>References</w:t>
      </w:r>
      <w:r w:rsidR="00055CA2" w:rsidRPr="00892227">
        <w:rPr>
          <w:rFonts w:cstheme="majorHAnsi"/>
          <w:b/>
          <w:bCs/>
          <w:u w:val="single"/>
        </w:rPr>
        <w:t xml:space="preserve">: </w:t>
      </w:r>
      <w:r w:rsidRPr="00892227">
        <w:rPr>
          <w:rFonts w:cstheme="majorHAnsi"/>
          <w:b/>
          <w:bCs/>
          <w:u w:val="single"/>
        </w:rPr>
        <w:t xml:space="preserve">(Optional)  </w:t>
      </w:r>
    </w:p>
    <w:p w14:paraId="42F9EF53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List up to three recent clients or projects (if applicable)  </w:t>
      </w:r>
    </w:p>
    <w:p w14:paraId="095F282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22945AA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1. Client/Project:  _____________________________________________  </w:t>
      </w:r>
    </w:p>
    <w:p w14:paraId="30677803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  Contact (optional): _________________________________________  </w:t>
      </w:r>
    </w:p>
    <w:p w14:paraId="0C73EAC7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  Details: ____________________________________________________  </w:t>
      </w:r>
    </w:p>
    <w:p w14:paraId="5602860B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39DD4537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2. Client/Project: _____________________________________________  </w:t>
      </w:r>
    </w:p>
    <w:p w14:paraId="78B51410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  Contact (optional): _________________________________________  </w:t>
      </w:r>
    </w:p>
    <w:p w14:paraId="55CF95C8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  Details: ____________________________________________________  </w:t>
      </w:r>
    </w:p>
    <w:p w14:paraId="17B2101F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25212F68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3. Client/Project: _____________________________________________  </w:t>
      </w:r>
    </w:p>
    <w:p w14:paraId="052480D3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  Contact (optional): _________________________________________  </w:t>
      </w:r>
    </w:p>
    <w:p w14:paraId="646EE28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  Details: ____________________________________________________  </w:t>
      </w:r>
    </w:p>
    <w:p w14:paraId="0CF59157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04714B07" w14:textId="77777777" w:rsidR="00055CA2" w:rsidRPr="00892227" w:rsidRDefault="00055CA2">
      <w:pPr>
        <w:rPr>
          <w:rFonts w:cstheme="majorHAnsi"/>
        </w:rPr>
      </w:pPr>
    </w:p>
    <w:p w14:paraId="116902C6" w14:textId="77777777" w:rsidR="00055CA2" w:rsidRPr="00892227" w:rsidRDefault="00055CA2">
      <w:pPr>
        <w:rPr>
          <w:rFonts w:cstheme="majorHAnsi"/>
        </w:rPr>
      </w:pPr>
    </w:p>
    <w:p w14:paraId="75170A79" w14:textId="77777777" w:rsidR="00055CA2" w:rsidRPr="00892227" w:rsidRDefault="00055CA2">
      <w:pPr>
        <w:rPr>
          <w:rFonts w:cstheme="majorHAnsi"/>
        </w:rPr>
      </w:pPr>
    </w:p>
    <w:p w14:paraId="7C3A86D0" w14:textId="77777777" w:rsidR="00055CA2" w:rsidRPr="00892227" w:rsidRDefault="00055CA2">
      <w:pPr>
        <w:rPr>
          <w:rFonts w:cstheme="majorHAnsi"/>
        </w:rPr>
      </w:pPr>
    </w:p>
    <w:p w14:paraId="04CEC068" w14:textId="77777777" w:rsidR="006E79F7" w:rsidRPr="00892227" w:rsidRDefault="006E79F7">
      <w:pPr>
        <w:rPr>
          <w:rFonts w:cstheme="majorHAnsi"/>
        </w:rPr>
      </w:pPr>
    </w:p>
    <w:p w14:paraId="52E8C7E5" w14:textId="77777777" w:rsidR="006E79F7" w:rsidRPr="00892227" w:rsidRDefault="006E79F7">
      <w:pPr>
        <w:rPr>
          <w:rFonts w:cstheme="majorHAnsi"/>
        </w:rPr>
      </w:pPr>
    </w:p>
    <w:p w14:paraId="6AA0674A" w14:textId="77777777" w:rsidR="006E79F7" w:rsidRPr="00892227" w:rsidRDefault="006E79F7">
      <w:pPr>
        <w:rPr>
          <w:rFonts w:cstheme="majorHAnsi"/>
        </w:rPr>
      </w:pPr>
    </w:p>
    <w:p w14:paraId="7F50E489" w14:textId="77777777" w:rsidR="006E79F7" w:rsidRPr="00892227" w:rsidRDefault="006E79F7">
      <w:pPr>
        <w:rPr>
          <w:rFonts w:cstheme="majorHAnsi"/>
        </w:rPr>
      </w:pPr>
    </w:p>
    <w:p w14:paraId="3CC53FAC" w14:textId="77777777" w:rsidR="006E79F7" w:rsidRPr="00892227" w:rsidRDefault="006E79F7">
      <w:pPr>
        <w:rPr>
          <w:rFonts w:cstheme="majorHAnsi"/>
        </w:rPr>
      </w:pPr>
    </w:p>
    <w:p w14:paraId="084EDAD7" w14:textId="77777777" w:rsidR="006E79F7" w:rsidRPr="00892227" w:rsidRDefault="006E79F7">
      <w:pPr>
        <w:rPr>
          <w:rFonts w:cstheme="majorHAnsi"/>
        </w:rPr>
      </w:pPr>
    </w:p>
    <w:p w14:paraId="40BE2E48" w14:textId="77777777" w:rsidR="00055CA2" w:rsidRPr="00892227" w:rsidRDefault="00055CA2">
      <w:pPr>
        <w:rPr>
          <w:rFonts w:cstheme="majorHAnsi"/>
        </w:rPr>
      </w:pPr>
    </w:p>
    <w:p w14:paraId="43D57BD7" w14:textId="32CA42D3" w:rsidR="00101715" w:rsidRPr="00892227" w:rsidRDefault="00055CA2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lastRenderedPageBreak/>
        <w:t xml:space="preserve">Section 7: Health &amp; Safety Requirements  </w:t>
      </w:r>
    </w:p>
    <w:p w14:paraId="6FFCBAA6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This section evaluates you or your companies approach to health, safety, compliance, and training.  </w:t>
      </w:r>
    </w:p>
    <w:p w14:paraId="7CFA58E6" w14:textId="32857FFD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Person responsible for Health &amp; Safety within your Company: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1"/>
        <w:gridCol w:w="4299"/>
      </w:tblGrid>
      <w:tr w:rsidR="00055CA2" w:rsidRPr="00892227" w14:paraId="75D74858" w14:textId="77777777" w:rsidTr="00055CA2">
        <w:tc>
          <w:tcPr>
            <w:tcW w:w="4428" w:type="dxa"/>
          </w:tcPr>
          <w:p w14:paraId="13053EF8" w14:textId="115663BE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Name:  </w:t>
            </w:r>
          </w:p>
        </w:tc>
        <w:tc>
          <w:tcPr>
            <w:tcW w:w="4428" w:type="dxa"/>
          </w:tcPr>
          <w:p w14:paraId="237C08DA" w14:textId="77777777" w:rsidR="00055CA2" w:rsidRPr="00892227" w:rsidRDefault="00055CA2" w:rsidP="00055CA2">
            <w:pPr>
              <w:rPr>
                <w:rFonts w:cstheme="majorHAnsi"/>
              </w:rPr>
            </w:pPr>
          </w:p>
          <w:p w14:paraId="4B4D76E7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</w:tr>
      <w:tr w:rsidR="00055CA2" w:rsidRPr="00892227" w14:paraId="56EE43F7" w14:textId="77777777" w:rsidTr="00055CA2">
        <w:tc>
          <w:tcPr>
            <w:tcW w:w="4428" w:type="dxa"/>
          </w:tcPr>
          <w:p w14:paraId="5EFF3C4C" w14:textId="3A3D2406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Position:  </w:t>
            </w:r>
          </w:p>
        </w:tc>
        <w:tc>
          <w:tcPr>
            <w:tcW w:w="4428" w:type="dxa"/>
          </w:tcPr>
          <w:p w14:paraId="1D392226" w14:textId="77777777" w:rsidR="00055CA2" w:rsidRPr="00892227" w:rsidRDefault="00055CA2" w:rsidP="00055CA2">
            <w:pPr>
              <w:rPr>
                <w:rFonts w:cstheme="majorHAnsi"/>
              </w:rPr>
            </w:pPr>
          </w:p>
          <w:p w14:paraId="00B911D8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</w:tr>
      <w:tr w:rsidR="00055CA2" w:rsidRPr="00892227" w14:paraId="42285020" w14:textId="77777777" w:rsidTr="00055CA2">
        <w:tc>
          <w:tcPr>
            <w:tcW w:w="4428" w:type="dxa"/>
          </w:tcPr>
          <w:p w14:paraId="0DB232ED" w14:textId="569BD644" w:rsidR="00055CA2" w:rsidRPr="00892227" w:rsidRDefault="00055CA2" w:rsidP="00055CA2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Telephone:  </w:t>
            </w:r>
          </w:p>
        </w:tc>
        <w:tc>
          <w:tcPr>
            <w:tcW w:w="4428" w:type="dxa"/>
          </w:tcPr>
          <w:p w14:paraId="2D82B33F" w14:textId="77777777" w:rsidR="00055CA2" w:rsidRPr="00892227" w:rsidRDefault="00055CA2" w:rsidP="00055CA2">
            <w:pPr>
              <w:rPr>
                <w:rFonts w:cstheme="majorHAnsi"/>
              </w:rPr>
            </w:pPr>
          </w:p>
          <w:p w14:paraId="08586506" w14:textId="77777777" w:rsidR="00055CA2" w:rsidRPr="00892227" w:rsidRDefault="00055CA2" w:rsidP="00055CA2">
            <w:pPr>
              <w:rPr>
                <w:rFonts w:cstheme="majorHAnsi"/>
              </w:rPr>
            </w:pPr>
          </w:p>
        </w:tc>
      </w:tr>
    </w:tbl>
    <w:p w14:paraId="1DCEE129" w14:textId="77777777" w:rsidR="00055CA2" w:rsidRPr="00892227" w:rsidRDefault="00055CA2">
      <w:pPr>
        <w:rPr>
          <w:rFonts w:cstheme="majorHAnsi"/>
          <w:b/>
          <w:bCs/>
          <w:u w:val="single"/>
        </w:rPr>
      </w:pPr>
    </w:p>
    <w:p w14:paraId="6A973FC8" w14:textId="4F5227D4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External Safety Consultant / Advisor (if applicable):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5"/>
        <w:gridCol w:w="4295"/>
      </w:tblGrid>
      <w:tr w:rsidR="00055CA2" w:rsidRPr="00892227" w14:paraId="453E838B" w14:textId="77777777" w:rsidTr="003470F4">
        <w:tc>
          <w:tcPr>
            <w:tcW w:w="4428" w:type="dxa"/>
          </w:tcPr>
          <w:p w14:paraId="502F81BD" w14:textId="77777777" w:rsidR="00055CA2" w:rsidRPr="00892227" w:rsidRDefault="00055CA2" w:rsidP="003470F4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Name:  </w:t>
            </w:r>
          </w:p>
        </w:tc>
        <w:tc>
          <w:tcPr>
            <w:tcW w:w="4428" w:type="dxa"/>
          </w:tcPr>
          <w:p w14:paraId="49910753" w14:textId="77777777" w:rsidR="00055CA2" w:rsidRPr="00892227" w:rsidRDefault="00055CA2" w:rsidP="003470F4">
            <w:pPr>
              <w:rPr>
                <w:rFonts w:cstheme="majorHAnsi"/>
              </w:rPr>
            </w:pPr>
          </w:p>
          <w:p w14:paraId="5BD2E8EC" w14:textId="77777777" w:rsidR="00055CA2" w:rsidRPr="00892227" w:rsidRDefault="00055CA2" w:rsidP="003470F4">
            <w:pPr>
              <w:rPr>
                <w:rFonts w:cstheme="majorHAnsi"/>
              </w:rPr>
            </w:pPr>
          </w:p>
        </w:tc>
      </w:tr>
      <w:tr w:rsidR="00055CA2" w:rsidRPr="00892227" w14:paraId="30DB3144" w14:textId="77777777" w:rsidTr="003470F4">
        <w:tc>
          <w:tcPr>
            <w:tcW w:w="4428" w:type="dxa"/>
          </w:tcPr>
          <w:p w14:paraId="0A495539" w14:textId="1DD35435" w:rsidR="00055CA2" w:rsidRPr="00892227" w:rsidRDefault="00055CA2" w:rsidP="003470F4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Organisation:  </w:t>
            </w:r>
          </w:p>
        </w:tc>
        <w:tc>
          <w:tcPr>
            <w:tcW w:w="4428" w:type="dxa"/>
          </w:tcPr>
          <w:p w14:paraId="3A572A7F" w14:textId="77777777" w:rsidR="00055CA2" w:rsidRPr="00892227" w:rsidRDefault="00055CA2" w:rsidP="003470F4">
            <w:pPr>
              <w:rPr>
                <w:rFonts w:cstheme="majorHAnsi"/>
              </w:rPr>
            </w:pPr>
          </w:p>
          <w:p w14:paraId="3D062C38" w14:textId="77777777" w:rsidR="00055CA2" w:rsidRPr="00892227" w:rsidRDefault="00055CA2" w:rsidP="003470F4">
            <w:pPr>
              <w:rPr>
                <w:rFonts w:cstheme="majorHAnsi"/>
              </w:rPr>
            </w:pPr>
          </w:p>
        </w:tc>
      </w:tr>
      <w:tr w:rsidR="00055CA2" w:rsidRPr="00892227" w14:paraId="68539B28" w14:textId="77777777" w:rsidTr="003470F4">
        <w:tc>
          <w:tcPr>
            <w:tcW w:w="4428" w:type="dxa"/>
          </w:tcPr>
          <w:p w14:paraId="63FDDE22" w14:textId="77777777" w:rsidR="00055CA2" w:rsidRPr="00892227" w:rsidRDefault="00055CA2" w:rsidP="003470F4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Telephone:  </w:t>
            </w:r>
          </w:p>
        </w:tc>
        <w:tc>
          <w:tcPr>
            <w:tcW w:w="4428" w:type="dxa"/>
          </w:tcPr>
          <w:p w14:paraId="1D3FB5CA" w14:textId="77777777" w:rsidR="00055CA2" w:rsidRPr="00892227" w:rsidRDefault="00055CA2" w:rsidP="003470F4">
            <w:pPr>
              <w:rPr>
                <w:rFonts w:cstheme="majorHAnsi"/>
              </w:rPr>
            </w:pPr>
          </w:p>
          <w:p w14:paraId="302DCE64" w14:textId="77777777" w:rsidR="00055CA2" w:rsidRPr="00892227" w:rsidRDefault="00055CA2" w:rsidP="003470F4">
            <w:pPr>
              <w:rPr>
                <w:rFonts w:cstheme="majorHAnsi"/>
              </w:rPr>
            </w:pPr>
          </w:p>
        </w:tc>
      </w:tr>
    </w:tbl>
    <w:p w14:paraId="6264FBE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5720F714" w14:textId="3AEBD1AA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Health &amp; Safety Performance – Last 3 Years, Please complete all applicable fields: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0"/>
        <w:gridCol w:w="1523"/>
        <w:gridCol w:w="1524"/>
        <w:gridCol w:w="1483"/>
      </w:tblGrid>
      <w:tr w:rsidR="00B0724E" w:rsidRPr="00892227" w14:paraId="7846F4D6" w14:textId="77777777" w:rsidTr="00B0724E">
        <w:tc>
          <w:tcPr>
            <w:tcW w:w="4219" w:type="dxa"/>
          </w:tcPr>
          <w:p w14:paraId="3FC54AD9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0ED542D9" w14:textId="0F734885" w:rsidR="00B0724E" w:rsidRPr="00892227" w:rsidRDefault="00B0724E" w:rsidP="00B0724E">
            <w:pPr>
              <w:jc w:val="center"/>
              <w:rPr>
                <w:rFonts w:cstheme="majorHAnsi"/>
              </w:rPr>
            </w:pPr>
            <w:r w:rsidRPr="00892227">
              <w:rPr>
                <w:rFonts w:cstheme="majorHAnsi"/>
              </w:rPr>
              <w:t>2023</w:t>
            </w:r>
          </w:p>
        </w:tc>
        <w:tc>
          <w:tcPr>
            <w:tcW w:w="1560" w:type="dxa"/>
          </w:tcPr>
          <w:p w14:paraId="26723468" w14:textId="35DC1F76" w:rsidR="00B0724E" w:rsidRPr="00892227" w:rsidRDefault="00B0724E" w:rsidP="00B0724E">
            <w:pPr>
              <w:jc w:val="center"/>
              <w:rPr>
                <w:rFonts w:cstheme="majorHAnsi"/>
              </w:rPr>
            </w:pPr>
            <w:r w:rsidRPr="00892227">
              <w:rPr>
                <w:rFonts w:cstheme="majorHAnsi"/>
              </w:rPr>
              <w:t>2024</w:t>
            </w:r>
          </w:p>
        </w:tc>
        <w:tc>
          <w:tcPr>
            <w:tcW w:w="1518" w:type="dxa"/>
          </w:tcPr>
          <w:p w14:paraId="06514EC1" w14:textId="1ADD88BC" w:rsidR="00B0724E" w:rsidRPr="00892227" w:rsidRDefault="00B0724E" w:rsidP="00B0724E">
            <w:pPr>
              <w:jc w:val="center"/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2025 </w:t>
            </w:r>
            <w:r w:rsidR="004B5383" w:rsidRPr="00892227">
              <w:rPr>
                <w:rFonts w:cstheme="majorHAnsi"/>
              </w:rPr>
              <w:t xml:space="preserve">/ </w:t>
            </w:r>
            <w:r w:rsidRPr="00892227">
              <w:rPr>
                <w:rFonts w:cstheme="majorHAnsi"/>
              </w:rPr>
              <w:t>2026</w:t>
            </w:r>
          </w:p>
        </w:tc>
      </w:tr>
      <w:tr w:rsidR="00B0724E" w:rsidRPr="00892227" w14:paraId="430B98CF" w14:textId="77777777" w:rsidTr="00B0724E">
        <w:tc>
          <w:tcPr>
            <w:tcW w:w="4219" w:type="dxa"/>
          </w:tcPr>
          <w:p w14:paraId="552BB4D2" w14:textId="5D2CB0E7" w:rsidR="00B0724E" w:rsidRPr="00892227" w:rsidRDefault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Approx number of employees</w:t>
            </w:r>
          </w:p>
        </w:tc>
        <w:tc>
          <w:tcPr>
            <w:tcW w:w="1559" w:type="dxa"/>
          </w:tcPr>
          <w:p w14:paraId="08C4B888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60" w:type="dxa"/>
          </w:tcPr>
          <w:p w14:paraId="7DE7DD85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18" w:type="dxa"/>
          </w:tcPr>
          <w:p w14:paraId="432A2649" w14:textId="77777777" w:rsidR="00B0724E" w:rsidRPr="00892227" w:rsidRDefault="00B0724E">
            <w:pPr>
              <w:rPr>
                <w:rFonts w:cstheme="majorHAnsi"/>
              </w:rPr>
            </w:pPr>
          </w:p>
        </w:tc>
      </w:tr>
      <w:tr w:rsidR="00B0724E" w:rsidRPr="00892227" w14:paraId="0FE9239E" w14:textId="77777777" w:rsidTr="00B0724E">
        <w:tc>
          <w:tcPr>
            <w:tcW w:w="4219" w:type="dxa"/>
          </w:tcPr>
          <w:p w14:paraId="2EF21252" w14:textId="51A1CBE0" w:rsidR="00B0724E" w:rsidRPr="00892227" w:rsidRDefault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Fatal Accidents</w:t>
            </w:r>
          </w:p>
        </w:tc>
        <w:tc>
          <w:tcPr>
            <w:tcW w:w="1559" w:type="dxa"/>
          </w:tcPr>
          <w:p w14:paraId="17B59474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60" w:type="dxa"/>
          </w:tcPr>
          <w:p w14:paraId="2C0CF69D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18" w:type="dxa"/>
          </w:tcPr>
          <w:p w14:paraId="085DC206" w14:textId="77777777" w:rsidR="00B0724E" w:rsidRPr="00892227" w:rsidRDefault="00B0724E">
            <w:pPr>
              <w:rPr>
                <w:rFonts w:cstheme="majorHAnsi"/>
              </w:rPr>
            </w:pPr>
          </w:p>
        </w:tc>
      </w:tr>
      <w:tr w:rsidR="00B0724E" w:rsidRPr="00892227" w14:paraId="03D8329D" w14:textId="77777777" w:rsidTr="00B0724E">
        <w:tc>
          <w:tcPr>
            <w:tcW w:w="4219" w:type="dxa"/>
          </w:tcPr>
          <w:p w14:paraId="7E082A27" w14:textId="46A6FA8E" w:rsidR="00B0724E" w:rsidRPr="00892227" w:rsidRDefault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Minor Injuries</w:t>
            </w:r>
          </w:p>
        </w:tc>
        <w:tc>
          <w:tcPr>
            <w:tcW w:w="1559" w:type="dxa"/>
          </w:tcPr>
          <w:p w14:paraId="1A461E7E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60" w:type="dxa"/>
          </w:tcPr>
          <w:p w14:paraId="0F0C9913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18" w:type="dxa"/>
          </w:tcPr>
          <w:p w14:paraId="71592473" w14:textId="77777777" w:rsidR="00B0724E" w:rsidRPr="00892227" w:rsidRDefault="00B0724E">
            <w:pPr>
              <w:rPr>
                <w:rFonts w:cstheme="majorHAnsi"/>
              </w:rPr>
            </w:pPr>
          </w:p>
        </w:tc>
      </w:tr>
      <w:tr w:rsidR="00B0724E" w:rsidRPr="00892227" w14:paraId="08FEB86C" w14:textId="77777777" w:rsidTr="00B0724E">
        <w:tc>
          <w:tcPr>
            <w:tcW w:w="4219" w:type="dxa"/>
          </w:tcPr>
          <w:p w14:paraId="181A54A1" w14:textId="5C2E8AA6" w:rsidR="00B0724E" w:rsidRPr="00892227" w:rsidRDefault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Over 3 day injuries</w:t>
            </w:r>
          </w:p>
        </w:tc>
        <w:tc>
          <w:tcPr>
            <w:tcW w:w="1559" w:type="dxa"/>
          </w:tcPr>
          <w:p w14:paraId="452D62AE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60" w:type="dxa"/>
          </w:tcPr>
          <w:p w14:paraId="792F7DE8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18" w:type="dxa"/>
          </w:tcPr>
          <w:p w14:paraId="2DFE1F2C" w14:textId="77777777" w:rsidR="00B0724E" w:rsidRPr="00892227" w:rsidRDefault="00B0724E">
            <w:pPr>
              <w:rPr>
                <w:rFonts w:cstheme="majorHAnsi"/>
              </w:rPr>
            </w:pPr>
          </w:p>
        </w:tc>
      </w:tr>
      <w:tr w:rsidR="00B0724E" w:rsidRPr="00892227" w14:paraId="4B8ADBDA" w14:textId="77777777" w:rsidTr="00B0724E">
        <w:tc>
          <w:tcPr>
            <w:tcW w:w="4219" w:type="dxa"/>
          </w:tcPr>
          <w:p w14:paraId="2EF5CE1E" w14:textId="31825E9A" w:rsidR="00B0724E" w:rsidRPr="00892227" w:rsidRDefault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>RIDDOR reportable incident</w:t>
            </w:r>
          </w:p>
        </w:tc>
        <w:tc>
          <w:tcPr>
            <w:tcW w:w="1559" w:type="dxa"/>
          </w:tcPr>
          <w:p w14:paraId="26F1284C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60" w:type="dxa"/>
          </w:tcPr>
          <w:p w14:paraId="0CA3A575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18" w:type="dxa"/>
          </w:tcPr>
          <w:p w14:paraId="7D0F35AB" w14:textId="77777777" w:rsidR="00B0724E" w:rsidRPr="00892227" w:rsidRDefault="00B0724E">
            <w:pPr>
              <w:rPr>
                <w:rFonts w:cstheme="majorHAnsi"/>
              </w:rPr>
            </w:pPr>
          </w:p>
        </w:tc>
      </w:tr>
      <w:tr w:rsidR="00B0724E" w:rsidRPr="00892227" w14:paraId="5EAB4E9E" w14:textId="77777777" w:rsidTr="00B0724E">
        <w:tc>
          <w:tcPr>
            <w:tcW w:w="4219" w:type="dxa"/>
          </w:tcPr>
          <w:p w14:paraId="29212844" w14:textId="622E2A5F" w:rsidR="00B0724E" w:rsidRPr="00892227" w:rsidRDefault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HSE Prosecutions </w:t>
            </w:r>
          </w:p>
        </w:tc>
        <w:tc>
          <w:tcPr>
            <w:tcW w:w="1559" w:type="dxa"/>
          </w:tcPr>
          <w:p w14:paraId="78128C05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60" w:type="dxa"/>
          </w:tcPr>
          <w:p w14:paraId="7A929B6B" w14:textId="77777777" w:rsidR="00B0724E" w:rsidRPr="00892227" w:rsidRDefault="00B0724E">
            <w:pPr>
              <w:rPr>
                <w:rFonts w:cstheme="majorHAnsi"/>
              </w:rPr>
            </w:pPr>
          </w:p>
        </w:tc>
        <w:tc>
          <w:tcPr>
            <w:tcW w:w="1518" w:type="dxa"/>
          </w:tcPr>
          <w:p w14:paraId="65613E99" w14:textId="77777777" w:rsidR="00B0724E" w:rsidRPr="00892227" w:rsidRDefault="00B0724E">
            <w:pPr>
              <w:rPr>
                <w:rFonts w:cstheme="majorHAnsi"/>
              </w:rPr>
            </w:pPr>
          </w:p>
        </w:tc>
      </w:tr>
    </w:tbl>
    <w:p w14:paraId="6F868CFD" w14:textId="03D73031" w:rsidR="00101715" w:rsidRPr="00892227" w:rsidRDefault="00101715">
      <w:pPr>
        <w:rPr>
          <w:rFonts w:cstheme="majorHAnsi"/>
        </w:rPr>
      </w:pPr>
    </w:p>
    <w:p w14:paraId="17DBB781" w14:textId="71607B93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Legal Compliance:  </w:t>
      </w:r>
    </w:p>
    <w:p w14:paraId="631B916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Has your company or any employee been prosecuted for any H&amp;S breach in the last 5 years?  </w:t>
      </w:r>
    </w:p>
    <w:p w14:paraId="33A6D9F7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Yes  </w:t>
      </w:r>
    </w:p>
    <w:p w14:paraId="2304AAA1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No </w:t>
      </w:r>
    </w:p>
    <w:p w14:paraId="0512AA6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If Yes, provide details and corrective actions.  </w:t>
      </w:r>
    </w:p>
    <w:p w14:paraId="3820B31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2BAB6A2F" w14:textId="77777777" w:rsidR="00B0724E" w:rsidRPr="00892227" w:rsidRDefault="00B0724E">
      <w:pPr>
        <w:rPr>
          <w:rFonts w:cstheme="majorHAnsi"/>
        </w:rPr>
      </w:pPr>
    </w:p>
    <w:p w14:paraId="5095E223" w14:textId="77777777" w:rsidR="00B0724E" w:rsidRPr="00892227" w:rsidRDefault="00B0724E">
      <w:pPr>
        <w:rPr>
          <w:rFonts w:cstheme="majorHAnsi"/>
        </w:rPr>
      </w:pPr>
    </w:p>
    <w:p w14:paraId="598392F5" w14:textId="7C54909F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Training &amp; Competence:  </w:t>
      </w:r>
    </w:p>
    <w:p w14:paraId="27A9A8C8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Induction training provided for new employees:  </w:t>
      </w:r>
    </w:p>
    <w:p w14:paraId="32BCCA16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Yes  </w:t>
      </w:r>
    </w:p>
    <w:p w14:paraId="0FA18822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No </w:t>
      </w:r>
    </w:p>
    <w:p w14:paraId="42F04789" w14:textId="5C57074E" w:rsidR="00101715" w:rsidRDefault="00892227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N/a</w:t>
      </w:r>
    </w:p>
    <w:p w14:paraId="221B9ED4" w14:textId="32D58EEA" w:rsidR="00F0408E" w:rsidRPr="00DF20CC" w:rsidRDefault="00F0408E">
      <w:pPr>
        <w:rPr>
          <w:rFonts w:cstheme="majorHAnsi"/>
          <w:b/>
          <w:bCs/>
          <w:u w:val="single"/>
        </w:rPr>
      </w:pPr>
      <w:r w:rsidRPr="00DF20CC">
        <w:rPr>
          <w:rFonts w:cstheme="majorHAnsi"/>
          <w:b/>
          <w:bCs/>
          <w:u w:val="single"/>
        </w:rPr>
        <w:t xml:space="preserve">Do you have the following policies in place and have shared these with all employees / subcontractors? </w:t>
      </w:r>
    </w:p>
    <w:p w14:paraId="2444B221" w14:textId="4BF89BBC" w:rsidR="00F0408E" w:rsidRPr="00892227" w:rsidRDefault="00F0408E" w:rsidP="00F0408E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</w:t>
      </w:r>
      <w:r>
        <w:rPr>
          <w:rFonts w:cstheme="majorHAnsi"/>
        </w:rPr>
        <w:t>Modern Anti - Slavery</w:t>
      </w:r>
      <w:r w:rsidRPr="00892227">
        <w:rPr>
          <w:rFonts w:cstheme="majorHAnsi"/>
        </w:rPr>
        <w:t xml:space="preserve">  </w:t>
      </w:r>
    </w:p>
    <w:p w14:paraId="7A7253BB" w14:textId="5DB07370" w:rsidR="00F0408E" w:rsidRPr="00892227" w:rsidRDefault="00F0408E" w:rsidP="00F0408E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</w:t>
      </w:r>
      <w:r>
        <w:rPr>
          <w:rFonts w:cstheme="majorHAnsi"/>
        </w:rPr>
        <w:t xml:space="preserve">Anti Bribery and Corruption </w:t>
      </w:r>
    </w:p>
    <w:p w14:paraId="4473F9FA" w14:textId="77777777" w:rsidR="00F0408E" w:rsidRPr="00892227" w:rsidRDefault="00F0408E">
      <w:pPr>
        <w:rPr>
          <w:rFonts w:cstheme="majorHAnsi"/>
        </w:rPr>
      </w:pPr>
    </w:p>
    <w:p w14:paraId="16F51BAD" w14:textId="77777777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General Health &amp; Safety Training Provided (tick all that apply):  </w:t>
      </w:r>
    </w:p>
    <w:p w14:paraId="54338B92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CSCS Cards  </w:t>
      </w:r>
    </w:p>
    <w:p w14:paraId="587E4411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SSSTS  </w:t>
      </w:r>
    </w:p>
    <w:p w14:paraId="7F062CD1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SMSTS  </w:t>
      </w:r>
    </w:p>
    <w:p w14:paraId="5940BB79" w14:textId="0A61B5A3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Asbestos Awareness  </w:t>
      </w:r>
    </w:p>
    <w:p w14:paraId="2364E481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Manual Handling  </w:t>
      </w:r>
    </w:p>
    <w:p w14:paraId="709EF0A4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Working at Height  </w:t>
      </w:r>
    </w:p>
    <w:p w14:paraId="1C82C43C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First Aid  </w:t>
      </w:r>
    </w:p>
    <w:p w14:paraId="5FAEE0A0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NVQs / Trade Qualifications  </w:t>
      </w:r>
    </w:p>
    <w:p w14:paraId="52EC481E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Other (specify): _________________________________________________  </w:t>
      </w:r>
    </w:p>
    <w:p w14:paraId="4D97999D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4BECF965" w14:textId="6A525162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Risk Assessments &amp; Method Statements (RAMS):  </w:t>
      </w:r>
    </w:p>
    <w:p w14:paraId="25843024" w14:textId="71046978" w:rsidR="00C17823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Explain how your organisation prepares risk assessments and method statements: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C17823" w14:paraId="0E45CC63" w14:textId="77777777" w:rsidTr="00C17823">
        <w:tc>
          <w:tcPr>
            <w:tcW w:w="8630" w:type="dxa"/>
          </w:tcPr>
          <w:p w14:paraId="1B9ABE83" w14:textId="77777777" w:rsidR="00C17823" w:rsidRDefault="00C17823">
            <w:pPr>
              <w:rPr>
                <w:rFonts w:cstheme="majorHAnsi"/>
              </w:rPr>
            </w:pPr>
          </w:p>
          <w:p w14:paraId="6FE3A4D4" w14:textId="77777777" w:rsidR="00C17823" w:rsidRDefault="00C17823">
            <w:pPr>
              <w:rPr>
                <w:rFonts w:cstheme="majorHAnsi"/>
              </w:rPr>
            </w:pPr>
          </w:p>
          <w:p w14:paraId="6189B794" w14:textId="77777777" w:rsidR="00C17823" w:rsidRDefault="00C17823">
            <w:pPr>
              <w:rPr>
                <w:rFonts w:cstheme="majorHAnsi"/>
              </w:rPr>
            </w:pPr>
          </w:p>
          <w:p w14:paraId="74D85DD4" w14:textId="77777777" w:rsidR="00C17823" w:rsidRDefault="00C17823">
            <w:pPr>
              <w:rPr>
                <w:rFonts w:cstheme="majorHAnsi"/>
              </w:rPr>
            </w:pPr>
          </w:p>
          <w:p w14:paraId="7E687D58" w14:textId="77777777" w:rsidR="00C17823" w:rsidRDefault="00C17823">
            <w:pPr>
              <w:rPr>
                <w:rFonts w:cstheme="majorHAnsi"/>
              </w:rPr>
            </w:pPr>
          </w:p>
          <w:p w14:paraId="7D99E3B2" w14:textId="77777777" w:rsidR="00C17823" w:rsidRDefault="00C17823">
            <w:pPr>
              <w:rPr>
                <w:rFonts w:cstheme="majorHAnsi"/>
              </w:rPr>
            </w:pPr>
          </w:p>
          <w:p w14:paraId="748F618C" w14:textId="77777777" w:rsidR="00C17823" w:rsidRDefault="00C17823">
            <w:pPr>
              <w:rPr>
                <w:rFonts w:cstheme="majorHAnsi"/>
              </w:rPr>
            </w:pPr>
          </w:p>
          <w:p w14:paraId="4112E163" w14:textId="77777777" w:rsidR="00C17823" w:rsidRDefault="00C17823">
            <w:pPr>
              <w:rPr>
                <w:rFonts w:cstheme="majorHAnsi"/>
              </w:rPr>
            </w:pPr>
          </w:p>
          <w:p w14:paraId="7D5057D0" w14:textId="77777777" w:rsidR="00C17823" w:rsidRDefault="00C17823">
            <w:pPr>
              <w:rPr>
                <w:rFonts w:cstheme="majorHAnsi"/>
              </w:rPr>
            </w:pPr>
          </w:p>
        </w:tc>
      </w:tr>
    </w:tbl>
    <w:p w14:paraId="0CCA09A9" w14:textId="77777777" w:rsidR="00B0724E" w:rsidRPr="00892227" w:rsidRDefault="00B0724E">
      <w:pPr>
        <w:rPr>
          <w:rFonts w:cstheme="majorHAnsi"/>
        </w:rPr>
      </w:pPr>
    </w:p>
    <w:p w14:paraId="3487C282" w14:textId="755C2E1B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Trade Memberships &amp; Certifications:  </w:t>
      </w:r>
    </w:p>
    <w:p w14:paraId="573DB4FD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Please list memberships (Gas Safe, NICEIC, FENSA, CHAS, SafeContractor, etc.)  </w:t>
      </w:r>
    </w:p>
    <w:tbl>
      <w:tblPr>
        <w:tblStyle w:val="TableGrid"/>
        <w:tblpPr w:leftFromText="180" w:rightFromText="180" w:vertAnchor="text" w:horzAnchor="margin" w:tblpY="49"/>
        <w:tblW w:w="0" w:type="auto"/>
        <w:tblLook w:val="04A0" w:firstRow="1" w:lastRow="0" w:firstColumn="1" w:lastColumn="0" w:noHBand="0" w:noVBand="1"/>
      </w:tblPr>
      <w:tblGrid>
        <w:gridCol w:w="8630"/>
      </w:tblGrid>
      <w:tr w:rsidR="00B0724E" w:rsidRPr="00892227" w14:paraId="3662EBEA" w14:textId="77777777" w:rsidTr="00B0724E">
        <w:tc>
          <w:tcPr>
            <w:tcW w:w="8856" w:type="dxa"/>
          </w:tcPr>
          <w:p w14:paraId="2AECA9FA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52C3A377" w14:textId="77777777" w:rsidR="00B0724E" w:rsidRPr="00892227" w:rsidRDefault="00B0724E" w:rsidP="00B0724E">
            <w:pPr>
              <w:rPr>
                <w:rFonts w:cstheme="majorHAnsi"/>
              </w:rPr>
            </w:pPr>
          </w:p>
        </w:tc>
      </w:tr>
      <w:tr w:rsidR="00B0724E" w:rsidRPr="00892227" w14:paraId="2838BE7B" w14:textId="77777777" w:rsidTr="00B0724E">
        <w:tc>
          <w:tcPr>
            <w:tcW w:w="8856" w:type="dxa"/>
          </w:tcPr>
          <w:p w14:paraId="3681FC6B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0C014821" w14:textId="77777777" w:rsidR="00B0724E" w:rsidRPr="00892227" w:rsidRDefault="00B0724E" w:rsidP="00B0724E">
            <w:pPr>
              <w:rPr>
                <w:rFonts w:cstheme="majorHAnsi"/>
              </w:rPr>
            </w:pPr>
          </w:p>
        </w:tc>
      </w:tr>
      <w:tr w:rsidR="00B0724E" w:rsidRPr="00892227" w14:paraId="51E5002D" w14:textId="77777777" w:rsidTr="00B0724E">
        <w:tc>
          <w:tcPr>
            <w:tcW w:w="8856" w:type="dxa"/>
          </w:tcPr>
          <w:p w14:paraId="039261B6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23F039C5" w14:textId="77777777" w:rsidR="00B0724E" w:rsidRPr="00892227" w:rsidRDefault="00B0724E" w:rsidP="00B0724E">
            <w:pPr>
              <w:rPr>
                <w:rFonts w:cstheme="majorHAnsi"/>
              </w:rPr>
            </w:pPr>
          </w:p>
        </w:tc>
      </w:tr>
      <w:tr w:rsidR="00B0724E" w:rsidRPr="00892227" w14:paraId="3616AC0D" w14:textId="77777777" w:rsidTr="00B0724E">
        <w:tc>
          <w:tcPr>
            <w:tcW w:w="8856" w:type="dxa"/>
          </w:tcPr>
          <w:p w14:paraId="237855EE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59448E5F" w14:textId="77777777" w:rsidR="00B0724E" w:rsidRPr="00892227" w:rsidRDefault="00B0724E" w:rsidP="00B0724E">
            <w:pPr>
              <w:rPr>
                <w:rFonts w:cstheme="majorHAnsi"/>
              </w:rPr>
            </w:pPr>
          </w:p>
        </w:tc>
      </w:tr>
    </w:tbl>
    <w:p w14:paraId="28EF2BD5" w14:textId="77777777" w:rsidR="00B0724E" w:rsidRPr="00892227" w:rsidRDefault="00B0724E">
      <w:pPr>
        <w:rPr>
          <w:rFonts w:cstheme="majorHAnsi"/>
        </w:rPr>
      </w:pPr>
    </w:p>
    <w:p w14:paraId="75553DDA" w14:textId="3D9219A9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Provide certificate copies where applicable.  </w:t>
      </w:r>
    </w:p>
    <w:p w14:paraId="6232BC45" w14:textId="77777777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 </w:t>
      </w:r>
    </w:p>
    <w:p w14:paraId="4F6D8872" w14:textId="7A715022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Health &amp; Safety Policy Compliance:  </w:t>
      </w:r>
    </w:p>
    <w:p w14:paraId="38184E0A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Does your organisation employ 5 or more people?  </w:t>
      </w:r>
    </w:p>
    <w:p w14:paraId="17769A32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Yes </w:t>
      </w:r>
    </w:p>
    <w:p w14:paraId="3C062B5C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No </w:t>
      </w:r>
    </w:p>
    <w:p w14:paraId="53BA2EE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28A73761" w14:textId="797348EA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If YES: Attach a signed copy of your company Health &amp; Safety Policy (as required by Section 2(3) of the Health &amp; Safety at Work Act 1974).  </w:t>
      </w:r>
    </w:p>
    <w:p w14:paraId="1BEABA26" w14:textId="749FF451" w:rsidR="00B0724E" w:rsidRPr="00892227" w:rsidRDefault="00B0724E">
      <w:pPr>
        <w:rPr>
          <w:rFonts w:cstheme="majorHAnsi"/>
        </w:rPr>
      </w:pPr>
    </w:p>
    <w:p w14:paraId="320452B0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If NO: Your organisation agrees to comply with Upside Projects LTD – Health &amp; Safety Policy for Subcontractors (latest version).  </w:t>
      </w:r>
    </w:p>
    <w:p w14:paraId="6AE50A98" w14:textId="77777777" w:rsidR="00101715" w:rsidRPr="00892227" w:rsidRDefault="00000000">
      <w:pPr>
        <w:rPr>
          <w:rFonts w:cstheme="majorHAnsi"/>
        </w:rPr>
      </w:pPr>
      <w:r w:rsidRPr="00892227">
        <w:rPr>
          <w:rFonts w:ascii="Segoe UI Symbol" w:hAnsi="Segoe UI Symbol" w:cs="Segoe UI Symbol"/>
        </w:rPr>
        <w:t>☐</w:t>
      </w:r>
      <w:r w:rsidRPr="00892227">
        <w:rPr>
          <w:rFonts w:cstheme="majorHAnsi"/>
        </w:rPr>
        <w:t xml:space="preserve"> Confirm acceptance  </w:t>
      </w:r>
    </w:p>
    <w:p w14:paraId="74C228E2" w14:textId="19B22853" w:rsidR="00101715" w:rsidRPr="00892227" w:rsidRDefault="00101715">
      <w:pPr>
        <w:rPr>
          <w:rFonts w:cstheme="majorHAnsi"/>
        </w:rPr>
      </w:pPr>
    </w:p>
    <w:p w14:paraId="3A2179D3" w14:textId="77777777" w:rsidR="00B0724E" w:rsidRPr="00892227" w:rsidRDefault="00B0724E">
      <w:pPr>
        <w:rPr>
          <w:rFonts w:cstheme="majorHAnsi"/>
        </w:rPr>
      </w:pPr>
    </w:p>
    <w:p w14:paraId="57A74D80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lastRenderedPageBreak/>
        <w:t xml:space="preserve"> </w:t>
      </w:r>
    </w:p>
    <w:p w14:paraId="48551AD1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03F28C4F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0AFD7803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38F1BF3E" w14:textId="61E25B71" w:rsidR="00101715" w:rsidRPr="00892227" w:rsidRDefault="00B0724E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>Section 8: Final Declaration, Submission Address &amp; Contractor Acknowledgement</w:t>
      </w:r>
    </w:p>
    <w:p w14:paraId="2D42712F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This section confirms that all information provided is accurate, and outlines submission instructions.  </w:t>
      </w:r>
    </w:p>
    <w:p w14:paraId="4AF90E42" w14:textId="514F14BB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>I hereby certify that the information provided in this Pre -</w:t>
      </w:r>
      <w:r w:rsidR="004B5383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 xml:space="preserve">Qualification Questionnaire (PQQ) is true, accurate, and complete to the best of my knowledge. I understand that any false or misleading information may result in disqualification from consideration as a subcontractor.  </w:t>
      </w:r>
    </w:p>
    <w:p w14:paraId="302B34EA" w14:textId="63C66E1C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>I acknowledge that I have read, understood, and agree to comply with Upside</w:t>
      </w:r>
      <w:r w:rsidR="004B5383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 xml:space="preserve">Projects  Limited’s  rules, policies, and procedures regarding </w:t>
      </w:r>
    </w:p>
    <w:p w14:paraId="0499C230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subcontractors, health &amp; safety, and site conduct.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9"/>
        <w:gridCol w:w="4301"/>
      </w:tblGrid>
      <w:tr w:rsidR="00B0724E" w:rsidRPr="00892227" w14:paraId="35BB378E" w14:textId="77777777" w:rsidTr="00B0724E">
        <w:tc>
          <w:tcPr>
            <w:tcW w:w="4428" w:type="dxa"/>
          </w:tcPr>
          <w:p w14:paraId="0ECDF8E6" w14:textId="4E03ED1C" w:rsidR="00B0724E" w:rsidRPr="00892227" w:rsidRDefault="00B0724E" w:rsidP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Name (Print):   </w:t>
            </w:r>
          </w:p>
        </w:tc>
        <w:tc>
          <w:tcPr>
            <w:tcW w:w="4428" w:type="dxa"/>
          </w:tcPr>
          <w:p w14:paraId="4BAE0718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0ED252B2" w14:textId="77777777" w:rsidR="00B0724E" w:rsidRPr="00892227" w:rsidRDefault="00B0724E" w:rsidP="00B0724E">
            <w:pPr>
              <w:rPr>
                <w:rFonts w:cstheme="majorHAnsi"/>
              </w:rPr>
            </w:pPr>
          </w:p>
        </w:tc>
      </w:tr>
      <w:tr w:rsidR="00B0724E" w:rsidRPr="00892227" w14:paraId="436FEE26" w14:textId="77777777" w:rsidTr="00B0724E">
        <w:tc>
          <w:tcPr>
            <w:tcW w:w="4428" w:type="dxa"/>
          </w:tcPr>
          <w:p w14:paraId="598DF7DF" w14:textId="07AC2EC1" w:rsidR="00B0724E" w:rsidRPr="00892227" w:rsidRDefault="00B0724E" w:rsidP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Position / Job Title:  </w:t>
            </w:r>
          </w:p>
        </w:tc>
        <w:tc>
          <w:tcPr>
            <w:tcW w:w="4428" w:type="dxa"/>
          </w:tcPr>
          <w:p w14:paraId="0026D084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366B0A1E" w14:textId="77777777" w:rsidR="00B0724E" w:rsidRPr="00892227" w:rsidRDefault="00B0724E" w:rsidP="00B0724E">
            <w:pPr>
              <w:rPr>
                <w:rFonts w:cstheme="majorHAnsi"/>
              </w:rPr>
            </w:pPr>
          </w:p>
        </w:tc>
      </w:tr>
      <w:tr w:rsidR="00B0724E" w:rsidRPr="00892227" w14:paraId="7EF32739" w14:textId="77777777" w:rsidTr="00B0724E">
        <w:tc>
          <w:tcPr>
            <w:tcW w:w="4428" w:type="dxa"/>
          </w:tcPr>
          <w:p w14:paraId="38100C0F" w14:textId="738A64F2" w:rsidR="00B0724E" w:rsidRPr="00892227" w:rsidRDefault="00B0724E" w:rsidP="00B0724E">
            <w:pPr>
              <w:rPr>
                <w:rFonts w:cstheme="majorHAnsi"/>
              </w:rPr>
            </w:pPr>
            <w:r w:rsidRPr="00892227">
              <w:rPr>
                <w:rFonts w:cstheme="majorHAnsi"/>
              </w:rPr>
              <w:t xml:space="preserve">Signature:  </w:t>
            </w:r>
          </w:p>
        </w:tc>
        <w:tc>
          <w:tcPr>
            <w:tcW w:w="4428" w:type="dxa"/>
          </w:tcPr>
          <w:p w14:paraId="3B94AAE6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5DADFC78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106450AB" w14:textId="77777777" w:rsidR="00B0724E" w:rsidRPr="00892227" w:rsidRDefault="00B0724E" w:rsidP="00B0724E">
            <w:pPr>
              <w:rPr>
                <w:rFonts w:cstheme="majorHAnsi"/>
              </w:rPr>
            </w:pPr>
          </w:p>
          <w:p w14:paraId="5AAB76A3" w14:textId="77777777" w:rsidR="00B0724E" w:rsidRPr="00892227" w:rsidRDefault="00B0724E" w:rsidP="00B0724E">
            <w:pPr>
              <w:rPr>
                <w:rFonts w:cstheme="majorHAnsi"/>
              </w:rPr>
            </w:pPr>
          </w:p>
        </w:tc>
      </w:tr>
    </w:tbl>
    <w:p w14:paraId="78A3A4B5" w14:textId="37F90028" w:rsidR="00101715" w:rsidRPr="00892227" w:rsidRDefault="00101715">
      <w:pPr>
        <w:rPr>
          <w:rFonts w:cstheme="majorHAnsi"/>
        </w:rPr>
      </w:pPr>
    </w:p>
    <w:p w14:paraId="60FB582C" w14:textId="77777777" w:rsidR="00B0724E" w:rsidRPr="00892227" w:rsidRDefault="00B0724E">
      <w:pPr>
        <w:rPr>
          <w:rFonts w:cstheme="majorHAnsi"/>
        </w:rPr>
      </w:pPr>
    </w:p>
    <w:p w14:paraId="3585A4F5" w14:textId="77777777" w:rsidR="00B0724E" w:rsidRPr="00892227" w:rsidRDefault="00B0724E">
      <w:pPr>
        <w:rPr>
          <w:rFonts w:cstheme="majorHAnsi"/>
        </w:rPr>
      </w:pPr>
    </w:p>
    <w:p w14:paraId="627C508E" w14:textId="77777777" w:rsidR="00B0724E" w:rsidRPr="00892227" w:rsidRDefault="00B0724E">
      <w:pPr>
        <w:rPr>
          <w:rFonts w:cstheme="majorHAnsi"/>
        </w:rPr>
      </w:pPr>
    </w:p>
    <w:p w14:paraId="38F2B156" w14:textId="63161DA6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Submission Instructions:  </w:t>
      </w:r>
    </w:p>
    <w:p w14:paraId="5189F434" w14:textId="562B3CF6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Ensure all sections of the PQQ are fully completed.  </w:t>
      </w:r>
    </w:p>
    <w:p w14:paraId="346A3F11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Attach all supporting documentation (insurance certificates, H&amp;S policy, training certificates, RAMS, trade memberships).  </w:t>
      </w:r>
    </w:p>
    <w:p w14:paraId="6B023049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Incomplete submissions may not be processed.  </w:t>
      </w:r>
    </w:p>
    <w:p w14:paraId="71BF5518" w14:textId="571ACEA3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>Return completed PQQ and supporting documents to: Hello@upsideprojects.co.uk for the attention of Jade or post to: Upside House, 8A Birkdale,</w:t>
      </w:r>
      <w:r w:rsidR="00B0724E" w:rsidRPr="00892227">
        <w:rPr>
          <w:rFonts w:cstheme="majorHAnsi"/>
        </w:rPr>
        <w:t xml:space="preserve"> </w:t>
      </w:r>
      <w:r w:rsidRPr="00892227">
        <w:rPr>
          <w:rFonts w:cstheme="majorHAnsi"/>
        </w:rPr>
        <w:t xml:space="preserve">Bexhill, TN39 3TR.  </w:t>
      </w:r>
    </w:p>
    <w:p w14:paraId="543065C4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lastRenderedPageBreak/>
        <w:t xml:space="preserve"> </w:t>
      </w:r>
    </w:p>
    <w:p w14:paraId="2E3F0282" w14:textId="77777777" w:rsidR="00B0724E" w:rsidRPr="00892227" w:rsidRDefault="00B0724E">
      <w:pPr>
        <w:rPr>
          <w:rFonts w:cstheme="majorHAnsi"/>
        </w:rPr>
      </w:pPr>
    </w:p>
    <w:p w14:paraId="12A9E482" w14:textId="77777777" w:rsidR="00B0724E" w:rsidRPr="00892227" w:rsidRDefault="00B0724E">
      <w:pPr>
        <w:rPr>
          <w:rFonts w:cstheme="majorHAnsi"/>
        </w:rPr>
      </w:pPr>
    </w:p>
    <w:p w14:paraId="6F36301C" w14:textId="77777777" w:rsidR="00B0724E" w:rsidRPr="00892227" w:rsidRDefault="00B0724E">
      <w:pPr>
        <w:rPr>
          <w:rFonts w:cstheme="majorHAnsi"/>
        </w:rPr>
      </w:pPr>
    </w:p>
    <w:p w14:paraId="5FBCE731" w14:textId="0CE0927E" w:rsidR="00101715" w:rsidRPr="00892227" w:rsidRDefault="00000000">
      <w:pPr>
        <w:rPr>
          <w:rFonts w:cstheme="majorHAnsi"/>
          <w:b/>
          <w:bCs/>
          <w:u w:val="single"/>
        </w:rPr>
      </w:pPr>
      <w:r w:rsidRPr="00892227">
        <w:rPr>
          <w:rFonts w:cstheme="majorHAnsi"/>
          <w:b/>
          <w:bCs/>
          <w:u w:val="single"/>
        </w:rPr>
        <w:t xml:space="preserve">Contractor Acknowledgement of Rules:  </w:t>
      </w:r>
    </w:p>
    <w:p w14:paraId="70B3B6AA" w14:textId="16BBEDA8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I acknowledge that I have received, read, and understood the subcontractor rules, health &amp; safety obligations, and site conduct requirements. I agree to comply with all applicable regulations and site policies during any work carried out on behalf of Upside Projects LTD.  </w:t>
      </w:r>
    </w:p>
    <w:p w14:paraId="39737E2F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1EBCB69B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Name (Print): _______________________________________________  </w:t>
      </w:r>
    </w:p>
    <w:p w14:paraId="48B61081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0BA4078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Position / Job Title: _________________________________________  </w:t>
      </w:r>
    </w:p>
    <w:p w14:paraId="2EC241CE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6D633B4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Signature: _________________________________________________  </w:t>
      </w:r>
    </w:p>
    <w:p w14:paraId="12E6CD0C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p w14:paraId="3B54F131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Date: ___________________  </w:t>
      </w:r>
    </w:p>
    <w:p w14:paraId="44B5C89B" w14:textId="77777777" w:rsidR="00101715" w:rsidRPr="00892227" w:rsidRDefault="00000000">
      <w:pPr>
        <w:rPr>
          <w:rFonts w:cstheme="majorHAnsi"/>
        </w:rPr>
      </w:pPr>
      <w:r w:rsidRPr="00892227">
        <w:rPr>
          <w:rFonts w:cstheme="majorHAnsi"/>
        </w:rPr>
        <w:t xml:space="preserve"> </w:t>
      </w:r>
    </w:p>
    <w:sectPr w:rsidR="00101715" w:rsidRPr="00892227" w:rsidSect="000346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978DC" w14:textId="77777777" w:rsidR="00DF326C" w:rsidRDefault="00DF326C" w:rsidP="008C16FA">
      <w:pPr>
        <w:spacing w:after="0" w:line="240" w:lineRule="auto"/>
      </w:pPr>
      <w:r>
        <w:separator/>
      </w:r>
    </w:p>
  </w:endnote>
  <w:endnote w:type="continuationSeparator" w:id="0">
    <w:p w14:paraId="64728696" w14:textId="77777777" w:rsidR="00DF326C" w:rsidRDefault="00DF326C" w:rsidP="008C1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24605886"/>
      <w:docPartObj>
        <w:docPartGallery w:val="Page Numbers (Bottom of Page)"/>
        <w:docPartUnique/>
      </w:docPartObj>
    </w:sdtPr>
    <w:sdtContent>
      <w:p w14:paraId="41774625" w14:textId="5A96E8A5" w:rsidR="008C16FA" w:rsidRDefault="008C16FA" w:rsidP="00B034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68633864" w14:textId="77777777" w:rsidR="008C16FA" w:rsidRDefault="008C16FA" w:rsidP="008C16F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258579"/>
      <w:docPartObj>
        <w:docPartGallery w:val="Page Numbers (Bottom of Page)"/>
        <w:docPartUnique/>
      </w:docPartObj>
    </w:sdtPr>
    <w:sdtContent>
      <w:p w14:paraId="4C0E6353" w14:textId="0E9ED06A" w:rsidR="008C16FA" w:rsidRDefault="008C16FA" w:rsidP="00B034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040ABE0" w14:textId="77777777" w:rsidR="008C16FA" w:rsidRDefault="008C16FA" w:rsidP="008C16F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9FFA3" w14:textId="77777777" w:rsidR="00984A0B" w:rsidRDefault="00984A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0DAFE" w14:textId="77777777" w:rsidR="00DF326C" w:rsidRDefault="00DF326C" w:rsidP="008C16FA">
      <w:pPr>
        <w:spacing w:after="0" w:line="240" w:lineRule="auto"/>
      </w:pPr>
      <w:r>
        <w:separator/>
      </w:r>
    </w:p>
  </w:footnote>
  <w:footnote w:type="continuationSeparator" w:id="0">
    <w:p w14:paraId="71E9B0A1" w14:textId="77777777" w:rsidR="00DF326C" w:rsidRDefault="00DF326C" w:rsidP="008C1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5E400" w14:textId="104CD441" w:rsidR="00984A0B" w:rsidRDefault="00DF326C">
    <w:pPr>
      <w:pStyle w:val="Header"/>
    </w:pPr>
    <w:r>
      <w:rPr>
        <w:noProof/>
      </w:rPr>
      <w:pict w14:anchorId="233FBFB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6535" o:spid="_x0000_s1027" type="#_x0000_t136" alt="" style="position:absolute;margin-left:0;margin-top:0;width:519.2pt;height:89.7pt;rotation:315;z-index:-25164288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CONFIDENTIA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9F51A" w14:textId="1947B0C4" w:rsidR="008C16FA" w:rsidRPr="00B0724E" w:rsidRDefault="00DF326C" w:rsidP="008C16FA">
    <w:pPr>
      <w:pStyle w:val="Header"/>
      <w:jc w:val="center"/>
      <w:rPr>
        <w:i/>
        <w:iCs/>
        <w:sz w:val="14"/>
        <w:szCs w:val="14"/>
        <w:lang w:val="en-GB"/>
      </w:rPr>
    </w:pPr>
    <w:r>
      <w:rPr>
        <w:noProof/>
      </w:rPr>
      <w:pict w14:anchorId="187E6D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6536" o:spid="_x0000_s1026" type="#_x0000_t136" alt="" style="position:absolute;left:0;text-align:left;margin-left:0;margin-top:0;width:519.2pt;height:89.7pt;rotation:315;z-index:-25164083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CONFIDENTIAL"/>
          <w10:wrap anchorx="margin" anchory="margin"/>
        </v:shape>
      </w:pict>
    </w:r>
    <w:r w:rsidR="008C16FA" w:rsidRPr="00B0724E">
      <w:rPr>
        <w:i/>
        <w:iCs/>
        <w:sz w:val="14"/>
        <w:szCs w:val="14"/>
        <w:lang w:val="en-GB"/>
      </w:rPr>
      <w:t xml:space="preserve">This document the exclusive property of Upside Projects LTD and may not be copied, disclosed or distributed without prior written consent, all rights reserved.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A5D09" w14:textId="2ECFFAA5" w:rsidR="00984A0B" w:rsidRDefault="00DF326C">
    <w:pPr>
      <w:pStyle w:val="Header"/>
    </w:pPr>
    <w:r>
      <w:rPr>
        <w:noProof/>
      </w:rPr>
      <w:pict w14:anchorId="39C62C2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6534" o:spid="_x0000_s1025" type="#_x0000_t136" alt="" style="position:absolute;margin-left:0;margin-top:0;width:519.2pt;height:89.7pt;rotation:315;z-index:-25164492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mbria&quot;;font-size:1pt" string="CONFIDENTIA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EB30E63"/>
    <w:multiLevelType w:val="hybridMultilevel"/>
    <w:tmpl w:val="4102717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7F7DD5"/>
    <w:multiLevelType w:val="hybridMultilevel"/>
    <w:tmpl w:val="5D646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6A0EC5"/>
    <w:multiLevelType w:val="hybridMultilevel"/>
    <w:tmpl w:val="AF12D75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0110434">
    <w:abstractNumId w:val="8"/>
  </w:num>
  <w:num w:numId="2" w16cid:durableId="782001557">
    <w:abstractNumId w:val="6"/>
  </w:num>
  <w:num w:numId="3" w16cid:durableId="1913008122">
    <w:abstractNumId w:val="5"/>
  </w:num>
  <w:num w:numId="4" w16cid:durableId="1673605559">
    <w:abstractNumId w:val="4"/>
  </w:num>
  <w:num w:numId="5" w16cid:durableId="974721496">
    <w:abstractNumId w:val="7"/>
  </w:num>
  <w:num w:numId="6" w16cid:durableId="1165247979">
    <w:abstractNumId w:val="3"/>
  </w:num>
  <w:num w:numId="7" w16cid:durableId="524946780">
    <w:abstractNumId w:val="2"/>
  </w:num>
  <w:num w:numId="8" w16cid:durableId="1538077333">
    <w:abstractNumId w:val="1"/>
  </w:num>
  <w:num w:numId="9" w16cid:durableId="843516075">
    <w:abstractNumId w:val="0"/>
  </w:num>
  <w:num w:numId="10" w16cid:durableId="1677228805">
    <w:abstractNumId w:val="10"/>
  </w:num>
  <w:num w:numId="11" w16cid:durableId="1495805563">
    <w:abstractNumId w:val="11"/>
  </w:num>
  <w:num w:numId="12" w16cid:durableId="11769640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5CA2"/>
    <w:rsid w:val="0006063C"/>
    <w:rsid w:val="00101715"/>
    <w:rsid w:val="0015074B"/>
    <w:rsid w:val="0029639D"/>
    <w:rsid w:val="002B5F59"/>
    <w:rsid w:val="00326F90"/>
    <w:rsid w:val="004B5383"/>
    <w:rsid w:val="004F7B41"/>
    <w:rsid w:val="00595408"/>
    <w:rsid w:val="005A20FA"/>
    <w:rsid w:val="006D726A"/>
    <w:rsid w:val="006E79F7"/>
    <w:rsid w:val="00803EE6"/>
    <w:rsid w:val="00892227"/>
    <w:rsid w:val="008C16FA"/>
    <w:rsid w:val="00905806"/>
    <w:rsid w:val="009652D0"/>
    <w:rsid w:val="00984A0B"/>
    <w:rsid w:val="00AA1D8D"/>
    <w:rsid w:val="00B0724E"/>
    <w:rsid w:val="00B11325"/>
    <w:rsid w:val="00B47730"/>
    <w:rsid w:val="00B73737"/>
    <w:rsid w:val="00B739E8"/>
    <w:rsid w:val="00C17823"/>
    <w:rsid w:val="00CB0664"/>
    <w:rsid w:val="00D37C43"/>
    <w:rsid w:val="00DF20CC"/>
    <w:rsid w:val="00DF326C"/>
    <w:rsid w:val="00F0408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78D2AA"/>
  <w14:defaultImageDpi w14:val="300"/>
  <w15:docId w15:val="{C545982D-C29E-254C-87DD-64C4A51A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8C16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15</Pages>
  <Words>1342</Words>
  <Characters>8362</Characters>
  <Application>Microsoft Office Word</Application>
  <DocSecurity>0</DocSecurity>
  <Lines>643</Lines>
  <Paragraphs>334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9370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Adam Huntly</cp:lastModifiedBy>
  <cp:revision>16</cp:revision>
  <dcterms:created xsi:type="dcterms:W3CDTF">2026-01-13T13:17:00Z</dcterms:created>
  <dcterms:modified xsi:type="dcterms:W3CDTF">2026-01-13T15:44:00Z</dcterms:modified>
  <cp:category/>
</cp:coreProperties>
</file>